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660" w:lineRule="exact" w:before="536" w:after="0"/>
        <w:ind w:left="2592" w:right="2160" w:firstLine="0"/>
        <w:jc w:val="center"/>
      </w:pPr>
      <w:r>
        <w:rPr>
          <w:spacing w:val="-10"/>
          <w:rFonts w:ascii="Roboto Regular" w:hAnsi="Roboto Regular" w:eastAsia="Roboto Regular"/>
          <w:color w:val="9CC3E5"/>
          <w:sz w:val="56"/>
        </w:rPr>
        <w:t>ФГБОУ ВО «Чеченский государственный университет</w:t>
      </w:r>
      <w:r>
        <w:br/>
      </w:r>
      <w:r>
        <w:rPr>
          <w:spacing w:val="-10"/>
          <w:rFonts w:ascii="Roboto Regular" w:hAnsi="Roboto Regular" w:eastAsia="Roboto Regular"/>
          <w:color w:val="9CC3E5"/>
          <w:sz w:val="56"/>
        </w:rPr>
        <w:t>имени АхматаАбдулхамидовича Кадырова»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482600</wp:posOffset>
            </wp:positionH>
            <wp:positionV relativeFrom="page">
              <wp:posOffset>3962400</wp:posOffset>
            </wp:positionV>
            <wp:extent cx="1803400" cy="1803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1803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387350</wp:posOffset>
            </wp:positionH>
            <wp:positionV relativeFrom="page">
              <wp:posOffset>3867150</wp:posOffset>
            </wp:positionV>
            <wp:extent cx="1993900" cy="1993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993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158750</wp:posOffset>
            </wp:positionV>
            <wp:extent cx="1104900" cy="1073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731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774700</wp:posOffset>
            </wp:positionH>
            <wp:positionV relativeFrom="page">
              <wp:posOffset>4070350</wp:posOffset>
            </wp:positionV>
            <wp:extent cx="1295400" cy="17208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7208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338" w:lineRule="exact" w:before="538" w:after="0"/>
        <w:ind w:left="0" w:right="4774" w:firstLine="0"/>
        <w:jc w:val="right"/>
      </w:pPr>
      <w:r>
        <w:rPr>
          <w:spacing w:val="-10"/>
          <w:rFonts w:ascii="Roboto Regular" w:hAnsi="Roboto Regular" w:eastAsia="Roboto Regular"/>
          <w:color w:val="9CC3E5"/>
          <w:sz w:val="44"/>
        </w:rPr>
        <w:t>ФАКУЛЬТЕТ ГЕОГРАФИИ И ГЕОЭКОЛОГИИ</w:t>
      </w:r>
    </w:p>
    <w:p>
      <w:pPr>
        <w:autoSpaceDN w:val="0"/>
        <w:autoSpaceDE w:val="0"/>
        <w:widowControl/>
        <w:spacing w:line="420" w:lineRule="exact" w:before="182" w:after="0"/>
        <w:ind w:left="0" w:right="4650" w:firstLine="0"/>
        <w:jc w:val="right"/>
      </w:pPr>
      <w:r>
        <w:rPr>
          <w:spacing w:val="-10"/>
          <w:rFonts w:ascii="Roboto Regular" w:hAnsi="Roboto Regular" w:eastAsia="Roboto Regular"/>
          <w:color w:val="9CC3E5"/>
          <w:sz w:val="44"/>
        </w:rPr>
        <w:t>Кафедра «Экология и природопользование»</w:t>
      </w:r>
    </w:p>
    <w:p>
      <w:pPr>
        <w:autoSpaceDN w:val="0"/>
        <w:autoSpaceDE w:val="0"/>
        <w:widowControl/>
        <w:spacing w:line="806" w:lineRule="exact" w:before="952" w:after="0"/>
        <w:ind w:left="0" w:right="5454" w:firstLine="0"/>
        <w:jc w:val="right"/>
      </w:pPr>
      <w:r>
        <w:rPr>
          <w:spacing w:val="-10"/>
          <w:rFonts w:ascii="Noto Serif" w:hAnsi="Noto Serif" w:eastAsia="Noto Serif"/>
          <w:color w:val="9CC3E5"/>
          <w:sz w:val="80"/>
        </w:rPr>
        <w:t>Портфолиобакалавра</w:t>
      </w:r>
    </w:p>
    <w:p>
      <w:pPr>
        <w:autoSpaceDN w:val="0"/>
        <w:autoSpaceDE w:val="0"/>
        <w:widowControl/>
        <w:spacing w:line="390" w:lineRule="exact" w:before="1186" w:after="0"/>
        <w:ind w:left="4664" w:right="0" w:firstLine="0"/>
        <w:jc w:val="left"/>
      </w:pPr>
      <w:r>
        <w:rPr>
          <w:spacing w:val="-10"/>
          <w:rFonts w:ascii="Noto Serif" w:hAnsi="Noto Serif" w:eastAsia="Noto Serif"/>
          <w:color w:val="9CC3E5"/>
          <w:sz w:val="36"/>
        </w:rPr>
        <w:t>ФИО: СУЛЕЙ</w:t>
      </w:r>
      <w:r>
        <w:rPr>
          <w:spacing w:val="-10"/>
          <w:rFonts w:ascii="Roboto Regular" w:hAnsi="Roboto Regular" w:eastAsia="Roboto Regular"/>
          <w:color w:val="9CC3E5"/>
          <w:sz w:val="36"/>
        </w:rPr>
        <w:t>МАНОВ АСХАБ МАГОМЕДОВИЧ</w:t>
      </w:r>
    </w:p>
    <w:p>
      <w:pPr>
        <w:autoSpaceDN w:val="0"/>
        <w:autoSpaceDE w:val="0"/>
        <w:widowControl/>
        <w:spacing w:line="466" w:lineRule="exact" w:before="450" w:after="0"/>
        <w:ind w:left="4620" w:right="0" w:firstLine="0"/>
        <w:jc w:val="left"/>
      </w:pPr>
      <w:r>
        <w:rPr>
          <w:spacing w:val="-10"/>
          <w:rFonts w:ascii="Roboto Regular" w:hAnsi="Roboto Regular" w:eastAsia="Roboto Regular"/>
          <w:color w:val="9CC3E5"/>
          <w:sz w:val="48"/>
        </w:rPr>
        <w:t>Форма обучения: очная</w:t>
      </w:r>
    </w:p>
    <w:p>
      <w:pPr>
        <w:autoSpaceDN w:val="0"/>
        <w:autoSpaceDE w:val="0"/>
        <w:widowControl/>
        <w:spacing w:line="402" w:lineRule="exact" w:before="284" w:after="0"/>
        <w:ind w:left="4696" w:right="0" w:firstLine="0"/>
        <w:jc w:val="left"/>
      </w:pPr>
      <w:r>
        <w:rPr>
          <w:spacing w:val="-10"/>
          <w:rFonts w:ascii="Noto Serif" w:hAnsi="Noto Serif" w:eastAsia="Noto Serif"/>
          <w:color w:val="9CC3E5"/>
          <w:sz w:val="36"/>
        </w:rPr>
        <w:t>НАПРАВЛЕНИЕ ПОДГОТОВКИ: 07.03.03 ДИЗАЙН АРХИТЕКТУРНОЙ</w:t>
      </w:r>
    </w:p>
    <w:p>
      <w:pPr>
        <w:autoSpaceDN w:val="0"/>
        <w:autoSpaceDE w:val="0"/>
        <w:widowControl/>
        <w:spacing w:line="434" w:lineRule="exact" w:before="2" w:after="0"/>
        <w:ind w:left="4696" w:right="7056" w:firstLine="0"/>
        <w:jc w:val="left"/>
      </w:pPr>
      <w:r>
        <w:rPr>
          <w:spacing w:val="-10"/>
          <w:rFonts w:ascii="Noto Serif" w:hAnsi="Noto Serif" w:eastAsia="Noto Serif"/>
          <w:color w:val="9CC3E5"/>
          <w:sz w:val="36"/>
        </w:rPr>
        <w:t>СРЕДЫ</w:t>
      </w:r>
      <w:r>
        <w:br/>
      </w:r>
      <w:r>
        <w:rPr>
          <w:spacing w:val="-10"/>
          <w:rFonts w:ascii="Noto Serif" w:hAnsi="Noto Serif" w:eastAsia="Noto Serif"/>
          <w:color w:val="9CC3E5"/>
          <w:sz w:val="36"/>
        </w:rPr>
        <w:t>ПРОФИЛЬ: ЛАНДШАФТНАЯ АРХИТЕКТУРА</w:t>
      </w: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696" w:lineRule="exact" w:before="586" w:after="1560"/>
        <w:ind w:left="0" w:right="0" w:firstLine="0"/>
        <w:jc w:val="center"/>
      </w:pPr>
      <w:r>
        <w:rPr>
          <w:spacing w:val="-10"/>
          <w:rFonts w:ascii="Roboto Regular" w:hAnsi="Roboto Regular" w:eastAsia="Roboto Regular"/>
          <w:color w:val="0070C0"/>
          <w:sz w:val="76"/>
        </w:rPr>
        <w:t>Приказы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1809750</wp:posOffset>
            </wp:positionV>
            <wp:extent cx="11487150" cy="73278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487150" cy="73278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2838450</wp:posOffset>
            </wp:positionV>
            <wp:extent cx="11572240" cy="73278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572240" cy="73278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3771900</wp:posOffset>
            </wp:positionV>
            <wp:extent cx="11639550" cy="73406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639550" cy="73406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4752340</wp:posOffset>
            </wp:positionV>
            <wp:extent cx="11639550" cy="73406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639550" cy="73406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5725160</wp:posOffset>
            </wp:positionV>
            <wp:extent cx="11639550" cy="73278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639550" cy="73278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196850</wp:posOffset>
            </wp:positionH>
            <wp:positionV relativeFrom="page">
              <wp:posOffset>25400</wp:posOffset>
            </wp:positionV>
            <wp:extent cx="1111250" cy="1073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0731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40" w:type="dxa"/>
      </w:tblPr>
      <w:tblGrid>
        <w:gridCol w:w="18090" w:type="dxa"/>
      </w:tblGrid>
      <w:tr>
        <w:trPr>
          <w:trHeight w:hRule="exact" w:val="1154"/>
        </w:trPr>
        <w:tc>
          <w:tcPr>
            <w:tcW w:type="dxa" w:w="18090"/>
            <w:tcBorders>
              <w:left w:sz="6.0" w:val="single" w:color="F5BD14"/>
              <w:top w:sz="6.0" w:val="single" w:color="F5BD14"/>
              <w:right w:sz="6.0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424" w:lineRule="exact" w:before="418" w:after="0"/>
              <w:ind w:left="742" w:right="0" w:firstLine="0"/>
              <w:jc w:val="left"/>
            </w:pPr>
            <w:r>
              <w:rPr>
                <w:spacing w:val="-10"/>
                <w:rFonts w:ascii="Noto Serif" w:hAnsi="Noto Serif" w:eastAsia="Noto Serif"/>
                <w:color w:val="0070C0"/>
                <w:sz w:val="48"/>
              </w:rPr>
              <w:t>О зачисленииот 29.09.2026г. №257/ 03-21</w:t>
            </w:r>
          </w:p>
        </w:tc>
      </w:tr>
    </w:tbl>
    <w:p>
      <w:pPr>
        <w:autoSpaceDN w:val="0"/>
        <w:autoSpaceDE w:val="0"/>
        <w:widowControl/>
        <w:spacing w:line="45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40" w:type="dxa"/>
      </w:tblPr>
      <w:tblGrid>
        <w:gridCol w:w="18224" w:type="dxa"/>
      </w:tblGrid>
      <w:tr>
        <w:trPr>
          <w:trHeight w:hRule="exact" w:val="1154"/>
        </w:trPr>
        <w:tc>
          <w:tcPr>
            <w:tcW w:type="dxa" w:w="18224"/>
            <w:tcBorders>
              <w:left w:sz="6.0" w:val="single" w:color="F5BD14"/>
              <w:top w:sz="6.0" w:val="single" w:color="F5BD14"/>
              <w:right w:sz="6.0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>
            <w:pPr>
              <w:autoSpaceDN w:val="0"/>
              <w:tabs>
                <w:tab w:pos="3418" w:val="left"/>
              </w:tabs>
              <w:autoSpaceDE w:val="0"/>
              <w:widowControl/>
              <w:spacing w:line="472" w:lineRule="exact" w:before="382" w:after="0"/>
              <w:ind w:left="52" w:right="0" w:firstLine="0"/>
              <w:jc w:val="left"/>
            </w:pPr>
            <w:r>
              <w:rPr>
                <w:spacing w:val="-10"/>
                <w:rFonts w:ascii="Noto Serif" w:hAnsi="Noto Serif" w:eastAsia="Noto Serif"/>
                <w:color w:val="0070C0"/>
                <w:sz w:val="48"/>
              </w:rPr>
              <w:t>Переводной</w:t>
            </w:r>
            <w:r>
              <w:tab/>
            </w:r>
            <w:r>
              <w:rPr>
                <w:spacing w:val="-10"/>
                <w:rFonts w:ascii="Noto Serif" w:hAnsi="Noto Serif" w:eastAsia="Noto Serif"/>
                <w:color w:val="0070C0"/>
                <w:sz w:val="48"/>
              </w:rPr>
              <w:t>от 08.07.2026 г. №260-кОФО</w:t>
            </w:r>
          </w:p>
        </w:tc>
      </w:tr>
    </w:tbl>
    <w:p>
      <w:pPr>
        <w:autoSpaceDN w:val="0"/>
        <w:autoSpaceDE w:val="0"/>
        <w:widowControl/>
        <w:spacing w:line="30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40" w:type="dxa"/>
      </w:tblPr>
      <w:tblGrid>
        <w:gridCol w:w="18330" w:type="dxa"/>
      </w:tblGrid>
      <w:tr>
        <w:trPr>
          <w:trHeight w:hRule="exact" w:val="1156"/>
        </w:trPr>
        <w:tc>
          <w:tcPr>
            <w:tcW w:type="dxa" w:w="18330"/>
            <w:tcBorders>
              <w:left w:sz="6.0" w:val="single" w:color="F5BD14"/>
              <w:top w:sz="6.0" w:val="single" w:color="F5BD14"/>
              <w:right w:sz="6.0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472" w:lineRule="exact" w:before="382" w:after="0"/>
              <w:ind w:left="52" w:right="0" w:firstLine="0"/>
              <w:jc w:val="left"/>
            </w:pPr>
            <w:r>
              <w:rPr>
                <w:spacing w:val="-10"/>
                <w:rFonts w:ascii="Noto Serif" w:hAnsi="Noto Serif" w:eastAsia="Noto Serif"/>
                <w:color w:val="0070C0"/>
                <w:sz w:val="48"/>
              </w:rPr>
              <w:t>Переводной</w:t>
            </w:r>
          </w:p>
        </w:tc>
      </w:tr>
    </w:tbl>
    <w:p>
      <w:pPr>
        <w:autoSpaceDN w:val="0"/>
        <w:autoSpaceDE w:val="0"/>
        <w:widowControl/>
        <w:spacing w:line="37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40" w:type="dxa"/>
      </w:tblPr>
      <w:tblGrid>
        <w:gridCol w:w="18330" w:type="dxa"/>
      </w:tblGrid>
      <w:tr>
        <w:trPr>
          <w:trHeight w:hRule="exact" w:val="1156"/>
        </w:trPr>
        <w:tc>
          <w:tcPr>
            <w:tcW w:type="dxa" w:w="18330"/>
            <w:tcBorders>
              <w:left w:sz="6.0" w:val="single" w:color="F5BD14"/>
              <w:top w:sz="6.0" w:val="single" w:color="F5BD14"/>
              <w:right w:sz="6.0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472" w:lineRule="exact" w:before="368" w:after="0"/>
              <w:ind w:left="52" w:right="0" w:firstLine="0"/>
              <w:jc w:val="left"/>
            </w:pPr>
            <w:r>
              <w:rPr>
                <w:spacing w:val="-10"/>
                <w:rFonts w:ascii="Noto Serif" w:hAnsi="Noto Serif" w:eastAsia="Noto Serif"/>
                <w:color w:val="0070C0"/>
                <w:sz w:val="48"/>
              </w:rPr>
              <w:t>Переводной</w:t>
            </w:r>
          </w:p>
        </w:tc>
      </w:tr>
    </w:tbl>
    <w:p>
      <w:pPr>
        <w:autoSpaceDN w:val="0"/>
        <w:autoSpaceDE w:val="0"/>
        <w:widowControl/>
        <w:spacing w:line="36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40" w:type="dxa"/>
      </w:tblPr>
      <w:tblGrid>
        <w:gridCol w:w="18330" w:type="dxa"/>
      </w:tblGrid>
      <w:tr>
        <w:trPr>
          <w:trHeight w:hRule="exact" w:val="1134"/>
        </w:trPr>
        <w:tc>
          <w:tcPr>
            <w:tcW w:type="dxa" w:w="18330"/>
            <w:tcBorders>
              <w:left w:sz="6.0" w:val="single" w:color="F5BD14"/>
              <w:top w:sz="6.0" w:val="single" w:color="F5BD14"/>
              <w:right w:sz="6.0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472" w:lineRule="exact" w:before="366" w:after="0"/>
              <w:ind w:left="52" w:right="0" w:firstLine="0"/>
              <w:jc w:val="left"/>
            </w:pPr>
            <w:r>
              <w:rPr>
                <w:spacing w:val="-10"/>
                <w:rFonts w:ascii="Noto Serif" w:hAnsi="Noto Serif" w:eastAsia="Noto Serif"/>
                <w:color w:val="0070C0"/>
                <w:sz w:val="48"/>
              </w:rPr>
              <w:t>Переводной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336" w:lineRule="exact" w:before="360" w:after="1980"/>
        <w:ind w:left="0" w:right="0" w:firstLine="0"/>
        <w:jc w:val="center"/>
      </w:pPr>
      <w:r>
        <w:rPr>
          <w:spacing w:val="-10"/>
          <w:rFonts w:ascii="Noto Serif" w:hAnsi="Noto Serif" w:eastAsia="Noto Serif"/>
          <w:color w:val="000000"/>
          <w:sz w:val="36"/>
        </w:rPr>
        <w:t>ПУБЛИКАЦИИ В НАУЧНЫХ ИЗДАНИЯХ, НАУЧНЫЕ СТАТЬИ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1704339</wp:posOffset>
            </wp:positionV>
            <wp:extent cx="11791950" cy="762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0" cy="762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196850</wp:posOffset>
            </wp:positionH>
            <wp:positionV relativeFrom="page">
              <wp:posOffset>25400</wp:posOffset>
            </wp:positionV>
            <wp:extent cx="1111250" cy="1073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0731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00" w:type="dxa"/>
      </w:tblPr>
      <w:tblGrid>
        <w:gridCol w:w="18570" w:type="dxa"/>
      </w:tblGrid>
      <w:tr>
        <w:trPr>
          <w:trHeight w:hRule="exact" w:val="1200"/>
        </w:trPr>
        <w:tc>
          <w:tcPr>
            <w:tcW w:type="dxa" w:w="18570"/>
            <w:tcBorders>
              <w:left w:sz="6.0" w:val="single" w:color="F5BD14"/>
              <w:top w:sz="6.0" w:val="single" w:color="F5BD14"/>
              <w:right w:sz="6.0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436" w:lineRule="exact" w:before="128" w:after="0"/>
              <w:ind w:left="2016" w:right="2016" w:firstLine="0"/>
              <w:jc w:val="center"/>
            </w:pPr>
            <w:r>
              <w:rPr>
                <w:spacing w:val="-10"/>
                <w:rFonts w:ascii="Noto Serif" w:hAnsi="Noto Serif" w:eastAsia="Noto Serif"/>
                <w:color w:val="000000"/>
                <w:sz w:val="36"/>
              </w:rPr>
              <w:t>Основные положения ивыводы диссертационного исследования нашлиотражение</w:t>
            </w:r>
            <w:r>
              <w:br/>
            </w:r>
            <w:r>
              <w:rPr>
                <w:spacing w:val="-10"/>
                <w:rFonts w:ascii="Noto Serif" w:hAnsi="Noto Serif" w:eastAsia="Noto Serif"/>
                <w:color w:val="000000"/>
                <w:sz w:val="36"/>
              </w:rPr>
              <w:t>в научных публикациях автора, в томчисле в изданиях, рекомендованных ВАК РФ:</w:t>
            </w:r>
          </w:p>
        </w:tc>
      </w:tr>
    </w:tbl>
    <w:p>
      <w:pPr>
        <w:autoSpaceDN w:val="0"/>
        <w:autoSpaceDE w:val="0"/>
        <w:widowControl/>
        <w:spacing w:line="53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08" w:type="dxa"/>
      </w:tblPr>
      <w:tblGrid>
        <w:gridCol w:w="1228" w:type="dxa"/>
        <w:gridCol w:w="8056" w:type="dxa"/>
        <w:gridCol w:w="4635" w:type="dxa"/>
        <w:gridCol w:w="4634" w:type="dxa"/>
      </w:tblGrid>
      <w:tr>
        <w:trPr>
          <w:trHeight w:hRule="exact" w:val="766"/>
        </w:trPr>
        <w:tc>
          <w:tcPr>
            <w:tcW w:type="dxa" w:w="1228"/>
            <w:tcBorders>
              <w:left w:sz="3.200000000000003" w:val="single" w:color="4175B5"/>
              <w:top w:sz="3.2000000000000455" w:val="single" w:color="4175B5"/>
              <w:right w:sz="2.8000000000000114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28" w:lineRule="exact" w:before="0" w:after="0"/>
              <w:ind w:left="288" w:right="288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№</w:t>
            </w:r>
            <w:r>
              <w:br/>
            </w: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п/п</w:t>
            </w:r>
          </w:p>
        </w:tc>
        <w:tc>
          <w:tcPr>
            <w:tcW w:type="dxa" w:w="8056"/>
            <w:tcBorders>
              <w:left w:sz="2.8000000000000114" w:val="single" w:color="4175B5"/>
              <w:top w:sz="3.2000000000000455" w:val="single" w:color="4175B5"/>
              <w:right w:sz="3.2000000000000455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9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Наименование работы,</w:t>
            </w:r>
          </w:p>
          <w:p>
            <w:pPr>
              <w:autoSpaceDN w:val="0"/>
              <w:autoSpaceDE w:val="0"/>
              <w:widowControl/>
              <w:spacing w:line="196" w:lineRule="exact" w:before="12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ее вид</w:t>
            </w:r>
          </w:p>
        </w:tc>
        <w:tc>
          <w:tcPr>
            <w:tcW w:type="dxa" w:w="4636"/>
            <w:tcBorders>
              <w:left w:sz="3.2000000000000455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26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Выходные данные</w:t>
            </w:r>
          </w:p>
        </w:tc>
        <w:tc>
          <w:tcPr>
            <w:tcW w:type="dxa" w:w="4634"/>
            <w:tcBorders>
              <w:left w:sz="3.199999999999818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25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Соавторы</w:t>
            </w:r>
          </w:p>
        </w:tc>
      </w:tr>
      <w:tr>
        <w:trPr>
          <w:trHeight w:hRule="exact" w:val="990"/>
        </w:trPr>
        <w:tc>
          <w:tcPr>
            <w:tcW w:type="dxa" w:w="1228"/>
            <w:tcBorders>
              <w:left w:sz="3.200000000000003" w:val="single" w:color="4175B5"/>
              <w:top w:sz="2.799999999999954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37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1.</w:t>
            </w:r>
          </w:p>
        </w:tc>
        <w:tc>
          <w:tcPr>
            <w:tcW w:type="dxa" w:w="8056"/>
            <w:tcBorders>
              <w:left w:sz="2.8000000000000114" w:val="single" w:color="4175B5"/>
              <w:top w:sz="2.7999999999999545" w:val="single" w:color="4175B5"/>
              <w:right w:sz="3.2000000000000455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4636"/>
            <w:tcBorders>
              <w:left w:sz="3.2000000000000455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4634"/>
            <w:tcBorders>
              <w:left w:sz="3.199999999999818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1000"/>
        </w:trPr>
        <w:tc>
          <w:tcPr>
            <w:tcW w:type="dxa" w:w="1228"/>
            <w:tcBorders>
              <w:left w:sz="3.200000000000003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39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2.</w:t>
            </w:r>
          </w:p>
        </w:tc>
        <w:tc>
          <w:tcPr>
            <w:tcW w:type="dxa" w:w="8056"/>
            <w:tcBorders>
              <w:left w:sz="2.8000000000000114" w:val="single" w:color="4175B5"/>
              <w:top w:sz="3.2000000000000455" w:val="single" w:color="4175B5"/>
              <w:right w:sz="3.2000000000000455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4636"/>
            <w:tcBorders>
              <w:left w:sz="3.2000000000000455" w:val="single" w:color="4175B5"/>
              <w:top w:sz="3.200000000000045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4634"/>
            <w:tcBorders>
              <w:left w:sz="3.199999999999818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08" w:lineRule="exact" w:before="576" w:after="1604"/>
        <w:ind w:left="4796" w:right="0" w:firstLine="0"/>
        <w:jc w:val="left"/>
      </w:pPr>
      <w:r>
        <w:rPr>
          <w:spacing w:val="-10"/>
          <w:rFonts w:ascii="Roboto Regular" w:hAnsi="Roboto Regular" w:eastAsia="Roboto Regular"/>
          <w:color w:val="000000"/>
          <w:sz w:val="48"/>
        </w:rPr>
        <w:t>РЕЗУЛЬТАТЫ ПРОМЕЖУТОЧНОЙ АТТЕСТАЦИИ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447040</wp:posOffset>
            </wp:positionH>
            <wp:positionV relativeFrom="page">
              <wp:posOffset>1704339</wp:posOffset>
            </wp:positionV>
            <wp:extent cx="791210" cy="914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91210" cy="914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1238250</wp:posOffset>
            </wp:positionH>
            <wp:positionV relativeFrom="page">
              <wp:posOffset>1704339</wp:posOffset>
            </wp:positionV>
            <wp:extent cx="6506209" cy="914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506209" cy="914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196850</wp:posOffset>
            </wp:positionH>
            <wp:positionV relativeFrom="page">
              <wp:posOffset>25400</wp:posOffset>
            </wp:positionV>
            <wp:extent cx="1111250" cy="1073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0731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1352550</wp:posOffset>
            </wp:positionV>
            <wp:extent cx="6057900" cy="4889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4889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712" w:type="dxa"/>
      </w:tblPr>
      <w:tblGrid>
        <w:gridCol w:w="1244" w:type="dxa"/>
        <w:gridCol w:w="10246" w:type="dxa"/>
        <w:gridCol w:w="6255" w:type="dxa"/>
      </w:tblGrid>
      <w:tr>
        <w:trPr>
          <w:trHeight w:hRule="exact" w:val="1440"/>
        </w:trPr>
        <w:tc>
          <w:tcPr>
            <w:tcW w:type="dxa" w:w="1244"/>
            <w:tcBorders>
              <w:left w:sz="3.1999999999999886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46" w:lineRule="exact" w:before="294" w:after="0"/>
              <w:ind w:left="288" w:right="288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№</w:t>
            </w:r>
            <w:r>
              <w:br/>
            </w: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п/п</w:t>
            </w:r>
          </w:p>
        </w:tc>
        <w:tc>
          <w:tcPr>
            <w:tcW w:type="dxa" w:w="10246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60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Экзамен/ зачет</w:t>
            </w:r>
          </w:p>
        </w:tc>
        <w:tc>
          <w:tcPr>
            <w:tcW w:type="dxa" w:w="6256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0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Оценка</w:t>
            </w:r>
          </w:p>
        </w:tc>
      </w:tr>
      <w:tr>
        <w:trPr>
          <w:trHeight w:hRule="exact" w:val="600"/>
        </w:trPr>
        <w:tc>
          <w:tcPr>
            <w:tcW w:type="dxa" w:w="1244"/>
            <w:tcBorders>
              <w:left w:sz="3.1999999999999886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84" w:after="0"/>
              <w:ind w:left="0" w:right="0" w:firstLine="0"/>
              <w:jc w:val="center"/>
            </w:pPr>
            <w:r>
              <w:rPr>
                <w:spacing w:val="-10"/>
                <w:rFonts w:ascii="Noto Serif" w:hAnsi="Noto Serif" w:eastAsia="Noto Serif"/>
                <w:color w:val="4175B5"/>
                <w:sz w:val="28"/>
              </w:rPr>
              <w:t>1.</w:t>
            </w:r>
          </w:p>
        </w:tc>
        <w:tc>
          <w:tcPr>
            <w:tcW w:type="dxa" w:w="10246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256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600"/>
        </w:trPr>
        <w:tc>
          <w:tcPr>
            <w:tcW w:type="dxa" w:w="1244"/>
            <w:tcBorders>
              <w:left w:sz="3.1999999999999886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182" w:after="0"/>
              <w:ind w:left="0" w:right="0" w:firstLine="0"/>
              <w:jc w:val="center"/>
            </w:pPr>
            <w:r>
              <w:rPr>
                <w:spacing w:val="-10"/>
                <w:rFonts w:ascii="Noto Serif" w:hAnsi="Noto Serif" w:eastAsia="Noto Serif"/>
                <w:color w:val="4175B5"/>
                <w:sz w:val="28"/>
              </w:rPr>
              <w:t>2.</w:t>
            </w:r>
          </w:p>
        </w:tc>
        <w:tc>
          <w:tcPr>
            <w:tcW w:type="dxa" w:w="10246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256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600"/>
        </w:trPr>
        <w:tc>
          <w:tcPr>
            <w:tcW w:type="dxa" w:w="1244"/>
            <w:tcBorders>
              <w:left w:sz="3.1999999999999886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82" w:after="0"/>
              <w:ind w:left="0" w:right="0" w:firstLine="0"/>
              <w:jc w:val="center"/>
            </w:pPr>
            <w:r>
              <w:rPr>
                <w:spacing w:val="-10"/>
                <w:rFonts w:ascii="Noto Serif" w:hAnsi="Noto Serif" w:eastAsia="Noto Serif"/>
                <w:color w:val="4175B5"/>
                <w:sz w:val="28"/>
              </w:rPr>
              <w:t>3</w:t>
            </w:r>
          </w:p>
        </w:tc>
        <w:tc>
          <w:tcPr>
            <w:tcW w:type="dxa" w:w="10246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256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600"/>
        </w:trPr>
        <w:tc>
          <w:tcPr>
            <w:tcW w:type="dxa" w:w="1244"/>
            <w:tcBorders>
              <w:left w:sz="3.1999999999999886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0" w:right="0" w:firstLine="0"/>
              <w:jc w:val="center"/>
            </w:pPr>
            <w:r>
              <w:rPr>
                <w:spacing w:val="-10"/>
                <w:rFonts w:ascii="Noto Serif" w:hAnsi="Noto Serif" w:eastAsia="Noto Serif"/>
                <w:color w:val="4175B5"/>
                <w:sz w:val="28"/>
              </w:rPr>
              <w:t>4</w:t>
            </w:r>
          </w:p>
        </w:tc>
        <w:tc>
          <w:tcPr>
            <w:tcW w:type="dxa" w:w="10246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256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600"/>
        </w:trPr>
        <w:tc>
          <w:tcPr>
            <w:tcW w:type="dxa" w:w="1244"/>
            <w:tcBorders>
              <w:left w:sz="3.1999999999999886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0" w:after="0"/>
              <w:ind w:left="0" w:right="0" w:firstLine="0"/>
              <w:jc w:val="center"/>
            </w:pPr>
            <w:r>
              <w:rPr>
                <w:spacing w:val="-10"/>
                <w:rFonts w:ascii="Noto Serif" w:hAnsi="Noto Serif" w:eastAsia="Noto Serif"/>
                <w:color w:val="4175B5"/>
                <w:sz w:val="28"/>
              </w:rPr>
              <w:t>5</w:t>
            </w:r>
          </w:p>
        </w:tc>
        <w:tc>
          <w:tcPr>
            <w:tcW w:type="dxa" w:w="10246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256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600"/>
        </w:trPr>
        <w:tc>
          <w:tcPr>
            <w:tcW w:type="dxa" w:w="1244"/>
            <w:tcBorders>
              <w:left w:sz="3.1999999999999886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184" w:after="0"/>
              <w:ind w:left="0" w:right="0" w:firstLine="0"/>
              <w:jc w:val="center"/>
            </w:pPr>
            <w:r>
              <w:rPr>
                <w:spacing w:val="-10"/>
                <w:rFonts w:ascii="Noto Serif" w:hAnsi="Noto Serif" w:eastAsia="Noto Serif"/>
                <w:color w:val="4175B5"/>
                <w:sz w:val="28"/>
              </w:rPr>
              <w:t>7</w:t>
            </w:r>
          </w:p>
        </w:tc>
        <w:tc>
          <w:tcPr>
            <w:tcW w:type="dxa" w:w="10246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256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600"/>
        </w:trPr>
        <w:tc>
          <w:tcPr>
            <w:tcW w:type="dxa" w:w="1244"/>
            <w:tcBorders>
              <w:left w:sz="3.1999999999999886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0" w:right="0" w:firstLine="0"/>
              <w:jc w:val="center"/>
            </w:pPr>
            <w:r>
              <w:rPr>
                <w:spacing w:val="-10"/>
                <w:rFonts w:ascii="Noto Serif" w:hAnsi="Noto Serif" w:eastAsia="Noto Serif"/>
                <w:color w:val="4175B5"/>
                <w:sz w:val="28"/>
              </w:rPr>
              <w:t>8</w:t>
            </w:r>
          </w:p>
        </w:tc>
        <w:tc>
          <w:tcPr>
            <w:tcW w:type="dxa" w:w="10246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256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0"/>
        </w:trPr>
        <w:tc>
          <w:tcPr>
            <w:tcW w:type="dxa" w:w="1244"/>
            <w:tcBorders>
              <w:left w:sz="3.1999999999999886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0" w:right="0" w:firstLine="0"/>
              <w:jc w:val="center"/>
            </w:pPr>
            <w:r>
              <w:rPr>
                <w:spacing w:val="-10"/>
                <w:rFonts w:ascii="Noto Serif" w:hAnsi="Noto Serif" w:eastAsia="Noto Serif"/>
                <w:color w:val="4175B5"/>
                <w:sz w:val="28"/>
              </w:rPr>
              <w:t>9</w:t>
            </w:r>
          </w:p>
        </w:tc>
        <w:tc>
          <w:tcPr>
            <w:tcW w:type="dxa" w:w="10246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256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08" w:lineRule="exact" w:before="576" w:after="1936"/>
        <w:ind w:left="4796" w:right="0" w:firstLine="0"/>
        <w:jc w:val="left"/>
      </w:pPr>
      <w:r>
        <w:rPr>
          <w:spacing w:val="-10"/>
          <w:rFonts w:ascii="Roboto Regular" w:hAnsi="Roboto Regular" w:eastAsia="Roboto Regular"/>
          <w:color w:val="000000"/>
          <w:sz w:val="48"/>
        </w:rPr>
        <w:t>РЕЗУЛЬТАТЫ ПРОМЕЖУТОЧНОЙ АТТЕСТАЦИИ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196850</wp:posOffset>
            </wp:positionH>
            <wp:positionV relativeFrom="page">
              <wp:posOffset>25400</wp:posOffset>
            </wp:positionV>
            <wp:extent cx="1111250" cy="1073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0731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368300</wp:posOffset>
            </wp:positionH>
            <wp:positionV relativeFrom="page">
              <wp:posOffset>1409700</wp:posOffset>
            </wp:positionV>
            <wp:extent cx="6064250" cy="4889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64250" cy="4889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22" w:type="dxa"/>
      </w:tblPr>
      <w:tblGrid>
        <w:gridCol w:w="1546" w:type="dxa"/>
        <w:gridCol w:w="10694" w:type="dxa"/>
        <w:gridCol w:w="6120" w:type="dxa"/>
      </w:tblGrid>
      <w:tr>
        <w:trPr>
          <w:trHeight w:hRule="exact" w:val="1152"/>
        </w:trPr>
        <w:tc>
          <w:tcPr>
            <w:tcW w:type="dxa" w:w="1546"/>
            <w:tcBorders>
              <w:left w:sz="2.799999999999997" w:val="single" w:color="4175B5"/>
              <w:top w:sz="2.7999999999999545" w:val="single" w:color="4175B5"/>
              <w:right w:sz="3.1999999999999886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46" w:lineRule="exact" w:before="142" w:after="0"/>
              <w:ind w:left="432" w:right="432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№</w:t>
            </w:r>
            <w:r>
              <w:br/>
            </w: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п/п</w:t>
            </w:r>
          </w:p>
        </w:tc>
        <w:tc>
          <w:tcPr>
            <w:tcW w:type="dxa" w:w="10694"/>
            <w:tcBorders>
              <w:left w:sz="3.1999999999999886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45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Экзамен/ зачет</w:t>
            </w:r>
          </w:p>
        </w:tc>
        <w:tc>
          <w:tcPr>
            <w:tcW w:type="dxa" w:w="6120"/>
            <w:tcBorders>
              <w:left w:sz="2.800000000000182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45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Оценка</w:t>
            </w:r>
          </w:p>
        </w:tc>
      </w:tr>
      <w:tr>
        <w:trPr>
          <w:trHeight w:hRule="exact" w:val="588"/>
        </w:trPr>
        <w:tc>
          <w:tcPr>
            <w:tcW w:type="dxa" w:w="1546"/>
            <w:tcBorders>
              <w:left w:sz="2.799999999999997" w:val="single" w:color="4175B5"/>
              <w:top w:sz="2.799999999999954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10</w:t>
            </w:r>
          </w:p>
        </w:tc>
        <w:tc>
          <w:tcPr>
            <w:tcW w:type="dxa" w:w="10694"/>
            <w:tcBorders>
              <w:left w:sz="3.1999999999999886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4"/>
        </w:trPr>
        <w:tc>
          <w:tcPr>
            <w:tcW w:type="dxa" w:w="1546"/>
            <w:tcBorders>
              <w:left w:sz="2.799999999999997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16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11</w:t>
            </w:r>
          </w:p>
        </w:tc>
        <w:tc>
          <w:tcPr>
            <w:tcW w:type="dxa" w:w="10694"/>
            <w:tcBorders>
              <w:left w:sz="3.1999999999999886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4"/>
        </w:trPr>
        <w:tc>
          <w:tcPr>
            <w:tcW w:type="dxa" w:w="1546"/>
            <w:tcBorders>
              <w:left w:sz="2.799999999999997" w:val="single" w:color="4175B5"/>
              <w:top w:sz="3.200000000000045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6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12</w:t>
            </w:r>
          </w:p>
        </w:tc>
        <w:tc>
          <w:tcPr>
            <w:tcW w:type="dxa" w:w="10694"/>
            <w:tcBorders>
              <w:left w:sz="3.1999999999999886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6"/>
        </w:trPr>
        <w:tc>
          <w:tcPr>
            <w:tcW w:type="dxa" w:w="1546"/>
            <w:tcBorders>
              <w:left w:sz="2.799999999999997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16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13</w:t>
            </w:r>
          </w:p>
        </w:tc>
        <w:tc>
          <w:tcPr>
            <w:tcW w:type="dxa" w:w="10694"/>
            <w:tcBorders>
              <w:left w:sz="3.1999999999999886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4"/>
        </w:trPr>
        <w:tc>
          <w:tcPr>
            <w:tcW w:type="dxa" w:w="1546"/>
            <w:tcBorders>
              <w:left w:sz="2.799999999999997" w:val="single" w:color="4175B5"/>
              <w:top w:sz="2.799999999999954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14</w:t>
            </w:r>
          </w:p>
        </w:tc>
        <w:tc>
          <w:tcPr>
            <w:tcW w:type="dxa" w:w="10694"/>
            <w:tcBorders>
              <w:left w:sz="3.1999999999999886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6"/>
        </w:trPr>
        <w:tc>
          <w:tcPr>
            <w:tcW w:type="dxa" w:w="1546"/>
            <w:tcBorders>
              <w:left w:sz="2.799999999999997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7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15</w:t>
            </w:r>
          </w:p>
        </w:tc>
        <w:tc>
          <w:tcPr>
            <w:tcW w:type="dxa" w:w="10694"/>
            <w:tcBorders>
              <w:left w:sz="3.1999999999999886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4"/>
        </w:trPr>
        <w:tc>
          <w:tcPr>
            <w:tcW w:type="dxa" w:w="1546"/>
            <w:tcBorders>
              <w:left w:sz="2.799999999999997" w:val="single" w:color="4175B5"/>
              <w:top w:sz="3.200000000000045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16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16</w:t>
            </w:r>
          </w:p>
        </w:tc>
        <w:tc>
          <w:tcPr>
            <w:tcW w:type="dxa" w:w="10694"/>
            <w:tcBorders>
              <w:left w:sz="3.1999999999999886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6"/>
        </w:trPr>
        <w:tc>
          <w:tcPr>
            <w:tcW w:type="dxa" w:w="1546"/>
            <w:tcBorders>
              <w:left w:sz="2.799999999999997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17</w:t>
            </w:r>
          </w:p>
        </w:tc>
        <w:tc>
          <w:tcPr>
            <w:tcW w:type="dxa" w:w="10694"/>
            <w:tcBorders>
              <w:left w:sz="3.1999999999999886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4"/>
        </w:trPr>
        <w:tc>
          <w:tcPr>
            <w:tcW w:type="dxa" w:w="1546"/>
            <w:tcBorders>
              <w:left w:sz="2.799999999999997" w:val="single" w:color="4175B5"/>
              <w:top w:sz="2.799999999999954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6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18</w:t>
            </w:r>
          </w:p>
        </w:tc>
        <w:tc>
          <w:tcPr>
            <w:tcW w:type="dxa" w:w="10694"/>
            <w:tcBorders>
              <w:left w:sz="3.1999999999999886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66"/>
        </w:trPr>
        <w:tc>
          <w:tcPr>
            <w:tcW w:type="dxa" w:w="1546"/>
            <w:tcBorders>
              <w:left w:sz="2.799999999999997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6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19</w:t>
            </w:r>
          </w:p>
        </w:tc>
        <w:tc>
          <w:tcPr>
            <w:tcW w:type="dxa" w:w="10694"/>
            <w:tcBorders>
              <w:left w:sz="3.1999999999999886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08" w:lineRule="exact" w:before="576" w:after="1936"/>
        <w:ind w:left="4796" w:right="0" w:firstLine="0"/>
        <w:jc w:val="left"/>
      </w:pPr>
      <w:r>
        <w:rPr>
          <w:spacing w:val="-10"/>
          <w:rFonts w:ascii="Roboto Regular" w:hAnsi="Roboto Regular" w:eastAsia="Roboto Regular"/>
          <w:color w:val="000000"/>
          <w:sz w:val="48"/>
        </w:rPr>
        <w:t>РЕЗУЛЬТАТЫ ПРОМЕЖУТОЧНОЙ АТТЕСТАЦИИ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200660</wp:posOffset>
            </wp:positionH>
            <wp:positionV relativeFrom="page">
              <wp:posOffset>1915160</wp:posOffset>
            </wp:positionV>
            <wp:extent cx="1028700" cy="7035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035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1229360</wp:posOffset>
            </wp:positionH>
            <wp:positionV relativeFrom="page">
              <wp:posOffset>1915160</wp:posOffset>
            </wp:positionV>
            <wp:extent cx="6743700" cy="7035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7035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196850</wp:posOffset>
            </wp:positionH>
            <wp:positionV relativeFrom="page">
              <wp:posOffset>25400</wp:posOffset>
            </wp:positionV>
            <wp:extent cx="1111250" cy="1073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0731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387350</wp:posOffset>
            </wp:positionH>
            <wp:positionV relativeFrom="page">
              <wp:posOffset>1435100</wp:posOffset>
            </wp:positionV>
            <wp:extent cx="6064250" cy="4889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64250" cy="4889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22" w:type="dxa"/>
      </w:tblPr>
      <w:tblGrid>
        <w:gridCol w:w="1622" w:type="dxa"/>
        <w:gridCol w:w="10618" w:type="dxa"/>
        <w:gridCol w:w="6120" w:type="dxa"/>
      </w:tblGrid>
      <w:tr>
        <w:trPr>
          <w:trHeight w:hRule="exact" w:val="1108"/>
        </w:trPr>
        <w:tc>
          <w:tcPr>
            <w:tcW w:type="dxa" w:w="1622"/>
            <w:tcBorders>
              <w:left w:sz="2.799999999999997" w:val="single" w:color="4175B5"/>
              <w:top w:sz="2.7999999999999545" w:val="single" w:color="4175B5"/>
              <w:right w:sz="2.8000000000000114" w:val="single" w:color="4175B5"/>
              <w:bottom w:sz="3.2000000000000455" w:val="single" w:color="4175B5"/>
            </w:tcBorders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48" w:lineRule="exact" w:before="124" w:after="0"/>
              <w:ind w:left="432" w:right="576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№</w:t>
            </w:r>
            <w:r>
              <w:br/>
            </w: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п/п</w:t>
            </w:r>
          </w:p>
        </w:tc>
        <w:tc>
          <w:tcPr>
            <w:tcW w:type="dxa" w:w="10618"/>
            <w:tcBorders>
              <w:left w:sz="2.8000000000000114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18" w:lineRule="exact" w:before="43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Экзамен/ зачет</w:t>
            </w:r>
          </w:p>
        </w:tc>
        <w:tc>
          <w:tcPr>
            <w:tcW w:type="dxa" w:w="6120"/>
            <w:tcBorders>
              <w:left w:sz="2.800000000000182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43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Оценка</w:t>
            </w:r>
          </w:p>
        </w:tc>
      </w:tr>
      <w:tr>
        <w:trPr>
          <w:trHeight w:hRule="exact" w:val="632"/>
        </w:trPr>
        <w:tc>
          <w:tcPr>
            <w:tcW w:type="dxa" w:w="1622"/>
            <w:tcBorders>
              <w:left w:sz="2.799999999999997" w:val="single" w:color="4175B5"/>
              <w:top w:sz="3.2000000000000455" w:val="single" w:color="4175B5"/>
              <w:right w:sz="2.8000000000000114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19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20</w:t>
            </w:r>
          </w:p>
        </w:tc>
        <w:tc>
          <w:tcPr>
            <w:tcW w:type="dxa" w:w="10618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1622"/>
            <w:tcBorders>
              <w:left w:sz="2.799999999999997" w:val="single" w:color="4175B5"/>
              <w:top w:sz="2.7999999999999545" w:val="single" w:color="4175B5"/>
              <w:right w:sz="2.8000000000000114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15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21.</w:t>
            </w:r>
          </w:p>
        </w:tc>
        <w:tc>
          <w:tcPr>
            <w:tcW w:type="dxa" w:w="10618"/>
            <w:tcBorders>
              <w:left w:sz="2.8000000000000114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1622"/>
            <w:tcBorders>
              <w:left w:sz="2.799999999999997" w:val="single" w:color="4175B5"/>
              <w:top w:sz="2.799999999999954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5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22</w:t>
            </w:r>
          </w:p>
        </w:tc>
        <w:tc>
          <w:tcPr>
            <w:tcW w:type="dxa" w:w="10618"/>
            <w:tcBorders>
              <w:left w:sz="2.8000000000000114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1622"/>
            <w:tcBorders>
              <w:left w:sz="2.799999999999997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5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23</w:t>
            </w:r>
          </w:p>
        </w:tc>
        <w:tc>
          <w:tcPr>
            <w:tcW w:type="dxa" w:w="10618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1622"/>
            <w:tcBorders>
              <w:left w:sz="2.799999999999997" w:val="single" w:color="4175B5"/>
              <w:top w:sz="3.2000000000000455" w:val="single" w:color="4175B5"/>
              <w:right w:sz="2.8000000000000114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5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24</w:t>
            </w:r>
          </w:p>
        </w:tc>
        <w:tc>
          <w:tcPr>
            <w:tcW w:type="dxa" w:w="10618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1622"/>
            <w:tcBorders>
              <w:left w:sz="2.799999999999997" w:val="single" w:color="4175B5"/>
              <w:top w:sz="2.7999999999999545" w:val="single" w:color="4175B5"/>
              <w:right w:sz="2.8000000000000114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5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25</w:t>
            </w:r>
          </w:p>
        </w:tc>
        <w:tc>
          <w:tcPr>
            <w:tcW w:type="dxa" w:w="10618"/>
            <w:tcBorders>
              <w:left w:sz="2.8000000000000114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1622"/>
            <w:tcBorders>
              <w:left w:sz="2.799999999999997" w:val="single" w:color="4175B5"/>
              <w:top w:sz="2.799999999999954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15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26</w:t>
            </w:r>
          </w:p>
        </w:tc>
        <w:tc>
          <w:tcPr>
            <w:tcW w:type="dxa" w:w="10618"/>
            <w:tcBorders>
              <w:left w:sz="2.8000000000000114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56"/>
        </w:trPr>
        <w:tc>
          <w:tcPr>
            <w:tcW w:type="dxa" w:w="1622"/>
            <w:tcBorders>
              <w:left w:sz="2.799999999999997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5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27</w:t>
            </w:r>
          </w:p>
        </w:tc>
        <w:tc>
          <w:tcPr>
            <w:tcW w:type="dxa" w:w="10618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34"/>
        </w:trPr>
        <w:tc>
          <w:tcPr>
            <w:tcW w:type="dxa" w:w="1622"/>
            <w:tcBorders>
              <w:left w:sz="2.799999999999997" w:val="single" w:color="4175B5"/>
              <w:top w:sz="3.2000000000000455" w:val="single" w:color="4175B5"/>
              <w:right w:sz="2.8000000000000114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15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28</w:t>
            </w:r>
          </w:p>
        </w:tc>
        <w:tc>
          <w:tcPr>
            <w:tcW w:type="dxa" w:w="10618"/>
            <w:tcBorders>
              <w:left w:sz="2.8000000000000114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120"/>
            <w:tcBorders>
              <w:left w:sz="2.800000000000182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08" w:lineRule="exact" w:before="576" w:after="1936"/>
        <w:ind w:left="4796" w:right="0" w:firstLine="0"/>
        <w:jc w:val="left"/>
      </w:pPr>
      <w:r>
        <w:rPr>
          <w:spacing w:val="-10"/>
          <w:rFonts w:ascii="Roboto Regular" w:hAnsi="Roboto Regular" w:eastAsia="Roboto Regular"/>
          <w:color w:val="000000"/>
          <w:sz w:val="48"/>
        </w:rPr>
        <w:t>РЕЗУЛЬТАТЫ ПРОМЕЖУТОЧНОЙ АТТЕСТАЦИИ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200660</wp:posOffset>
            </wp:positionH>
            <wp:positionV relativeFrom="page">
              <wp:posOffset>1915160</wp:posOffset>
            </wp:positionV>
            <wp:extent cx="1018540" cy="7416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18540" cy="7416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1219200</wp:posOffset>
            </wp:positionH>
            <wp:positionV relativeFrom="page">
              <wp:posOffset>1915160</wp:posOffset>
            </wp:positionV>
            <wp:extent cx="6705600" cy="7416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7416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196850</wp:posOffset>
            </wp:positionH>
            <wp:positionV relativeFrom="page">
              <wp:posOffset>25400</wp:posOffset>
            </wp:positionV>
            <wp:extent cx="1111250" cy="1073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0731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387350</wp:posOffset>
            </wp:positionH>
            <wp:positionV relativeFrom="page">
              <wp:posOffset>1435100</wp:posOffset>
            </wp:positionV>
            <wp:extent cx="6064250" cy="4889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64250" cy="4889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22" w:type="dxa"/>
      </w:tblPr>
      <w:tblGrid>
        <w:gridCol w:w="1606" w:type="dxa"/>
        <w:gridCol w:w="10560" w:type="dxa"/>
        <w:gridCol w:w="6090" w:type="dxa"/>
      </w:tblGrid>
      <w:tr>
        <w:trPr>
          <w:trHeight w:hRule="exact" w:val="1168"/>
        </w:trPr>
        <w:tc>
          <w:tcPr>
            <w:tcW w:type="dxa" w:w="1606"/>
            <w:tcBorders>
              <w:left w:sz="2.799999999999997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48" w:lineRule="exact" w:before="154" w:after="0"/>
              <w:ind w:left="432" w:right="576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№</w:t>
            </w:r>
            <w:r>
              <w:br/>
            </w: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п/п</w:t>
            </w:r>
          </w:p>
        </w:tc>
        <w:tc>
          <w:tcPr>
            <w:tcW w:type="dxa" w:w="10560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18" w:lineRule="exact" w:before="46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Экзамен/ зачет</w:t>
            </w:r>
          </w:p>
        </w:tc>
        <w:tc>
          <w:tcPr>
            <w:tcW w:type="dxa" w:w="6090"/>
            <w:tcBorders>
              <w:left w:sz="3.199999999999818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46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Оценка</w:t>
            </w:r>
          </w:p>
        </w:tc>
      </w:tr>
      <w:tr>
        <w:trPr>
          <w:trHeight w:hRule="exact" w:val="584"/>
        </w:trPr>
        <w:tc>
          <w:tcPr>
            <w:tcW w:type="dxa" w:w="1606"/>
            <w:tcBorders>
              <w:left w:sz="2.799999999999997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6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29</w:t>
            </w:r>
          </w:p>
        </w:tc>
        <w:tc>
          <w:tcPr>
            <w:tcW w:type="dxa" w:w="10560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090"/>
            <w:tcBorders>
              <w:left w:sz="3.199999999999818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6"/>
        </w:trPr>
        <w:tc>
          <w:tcPr>
            <w:tcW w:type="dxa" w:w="1606"/>
            <w:tcBorders>
              <w:left w:sz="2.799999999999997" w:val="single" w:color="4175B5"/>
              <w:top w:sz="2.799999999999954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6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30</w:t>
            </w:r>
          </w:p>
        </w:tc>
        <w:tc>
          <w:tcPr>
            <w:tcW w:type="dxa" w:w="10560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090"/>
            <w:tcBorders>
              <w:left w:sz="3.199999999999818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6"/>
        </w:trPr>
        <w:tc>
          <w:tcPr>
            <w:tcW w:type="dxa" w:w="1606"/>
            <w:tcBorders>
              <w:left w:sz="2.799999999999997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16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31</w:t>
            </w:r>
          </w:p>
        </w:tc>
        <w:tc>
          <w:tcPr>
            <w:tcW w:type="dxa" w:w="10560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090"/>
            <w:tcBorders>
              <w:left w:sz="3.199999999999818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4"/>
        </w:trPr>
        <w:tc>
          <w:tcPr>
            <w:tcW w:type="dxa" w:w="1606"/>
            <w:tcBorders>
              <w:left w:sz="2.799999999999997" w:val="single" w:color="4175B5"/>
              <w:top w:sz="3.200000000000045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6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32</w:t>
            </w:r>
          </w:p>
        </w:tc>
        <w:tc>
          <w:tcPr>
            <w:tcW w:type="dxa" w:w="10560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090"/>
            <w:tcBorders>
              <w:left w:sz="3.199999999999818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6"/>
        </w:trPr>
        <w:tc>
          <w:tcPr>
            <w:tcW w:type="dxa" w:w="1606"/>
            <w:tcBorders>
              <w:left w:sz="2.799999999999997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16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33</w:t>
            </w:r>
          </w:p>
        </w:tc>
        <w:tc>
          <w:tcPr>
            <w:tcW w:type="dxa" w:w="10560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090"/>
            <w:tcBorders>
              <w:left w:sz="3.199999999999818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4"/>
        </w:trPr>
        <w:tc>
          <w:tcPr>
            <w:tcW w:type="dxa" w:w="1606"/>
            <w:tcBorders>
              <w:left w:sz="2.799999999999997" w:val="single" w:color="4175B5"/>
              <w:top w:sz="2.799999999999954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6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34</w:t>
            </w:r>
          </w:p>
        </w:tc>
        <w:tc>
          <w:tcPr>
            <w:tcW w:type="dxa" w:w="10560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090"/>
            <w:tcBorders>
              <w:left w:sz="3.199999999999818" w:val="single" w:color="4175B5"/>
              <w:top w:sz="2.799999999999954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6"/>
        </w:trPr>
        <w:tc>
          <w:tcPr>
            <w:tcW w:type="dxa" w:w="1606"/>
            <w:tcBorders>
              <w:left w:sz="2.799999999999997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16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35</w:t>
            </w:r>
          </w:p>
        </w:tc>
        <w:tc>
          <w:tcPr>
            <w:tcW w:type="dxa" w:w="10560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090"/>
            <w:tcBorders>
              <w:left w:sz="3.199999999999818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84"/>
        </w:trPr>
        <w:tc>
          <w:tcPr>
            <w:tcW w:type="dxa" w:w="1606"/>
            <w:tcBorders>
              <w:left w:sz="2.799999999999997" w:val="single" w:color="4175B5"/>
              <w:top w:sz="3.200000000000045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6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36</w:t>
            </w:r>
          </w:p>
        </w:tc>
        <w:tc>
          <w:tcPr>
            <w:tcW w:type="dxa" w:w="10560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090"/>
            <w:tcBorders>
              <w:left w:sz="3.199999999999818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566"/>
        </w:trPr>
        <w:tc>
          <w:tcPr>
            <w:tcW w:type="dxa" w:w="1606"/>
            <w:tcBorders>
              <w:left w:sz="2.799999999999997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16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37</w:t>
            </w:r>
          </w:p>
        </w:tc>
        <w:tc>
          <w:tcPr>
            <w:tcW w:type="dxa" w:w="10560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6090"/>
            <w:tcBorders>
              <w:left w:sz="3.199999999999818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08" w:lineRule="exact" w:before="576" w:after="2116"/>
        <w:ind w:left="4796" w:right="0" w:firstLine="0"/>
        <w:jc w:val="left"/>
      </w:pPr>
      <w:r>
        <w:rPr>
          <w:spacing w:val="-10"/>
          <w:rFonts w:ascii="Roboto Regular" w:hAnsi="Roboto Regular" w:eastAsia="Roboto Regular"/>
          <w:color w:val="000000"/>
          <w:sz w:val="48"/>
        </w:rPr>
        <w:t>РЕЗУЛЬТАТЫ ПРОМЕЖУТОЧНОЙ АТТЕСТАЦИИ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196850</wp:posOffset>
            </wp:positionH>
            <wp:positionV relativeFrom="page">
              <wp:posOffset>25400</wp:posOffset>
            </wp:positionV>
            <wp:extent cx="1111250" cy="1073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0731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08" w:type="dxa"/>
      </w:tblPr>
      <w:tblGrid>
        <w:gridCol w:w="1620" w:type="dxa"/>
        <w:gridCol w:w="11624" w:type="dxa"/>
        <w:gridCol w:w="5175" w:type="dxa"/>
      </w:tblGrid>
      <w:tr>
        <w:trPr>
          <w:trHeight w:hRule="exact" w:val="764"/>
        </w:trPr>
        <w:tc>
          <w:tcPr>
            <w:tcW w:type="dxa" w:w="1620"/>
            <w:tcBorders>
              <w:left w:sz="3.200000000000003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26" w:lineRule="exact" w:before="0" w:after="0"/>
              <w:ind w:left="432" w:right="576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№</w:t>
            </w:r>
            <w:r>
              <w:br/>
            </w: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п/п</w:t>
            </w:r>
          </w:p>
        </w:tc>
        <w:tc>
          <w:tcPr>
            <w:tcW w:type="dxa" w:w="11624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18" w:lineRule="exact" w:before="25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Экзамен/зачет</w:t>
            </w:r>
          </w:p>
        </w:tc>
        <w:tc>
          <w:tcPr>
            <w:tcW w:type="dxa" w:w="5176"/>
            <w:tcBorders>
              <w:left w:sz="3.199999999999818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25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Оценка</w:t>
            </w:r>
          </w:p>
        </w:tc>
      </w:tr>
      <w:tr>
        <w:trPr>
          <w:trHeight w:hRule="exact" w:val="448"/>
        </w:trPr>
        <w:tc>
          <w:tcPr>
            <w:tcW w:type="dxa" w:w="1620"/>
            <w:tcBorders>
              <w:left w:sz="3.200000000000003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0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38</w:t>
            </w:r>
          </w:p>
        </w:tc>
        <w:tc>
          <w:tcPr>
            <w:tcW w:type="dxa" w:w="11624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2"/>
        </w:trPr>
        <w:tc>
          <w:tcPr>
            <w:tcW w:type="dxa" w:w="1620"/>
            <w:tcBorders>
              <w:left w:sz="3.200000000000003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0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39</w:t>
            </w:r>
          </w:p>
        </w:tc>
        <w:tc>
          <w:tcPr>
            <w:tcW w:type="dxa" w:w="11624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0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40</w:t>
            </w:r>
          </w:p>
        </w:tc>
        <w:tc>
          <w:tcPr>
            <w:tcW w:type="dxa" w:w="11624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10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41</w:t>
            </w:r>
          </w:p>
        </w:tc>
        <w:tc>
          <w:tcPr>
            <w:tcW w:type="dxa" w:w="11624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0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42</w:t>
            </w:r>
          </w:p>
        </w:tc>
        <w:tc>
          <w:tcPr>
            <w:tcW w:type="dxa" w:w="11624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0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43</w:t>
            </w:r>
          </w:p>
        </w:tc>
        <w:tc>
          <w:tcPr>
            <w:tcW w:type="dxa" w:w="11624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44</w:t>
            </w:r>
          </w:p>
        </w:tc>
        <w:tc>
          <w:tcPr>
            <w:tcW w:type="dxa" w:w="11624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1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45</w:t>
            </w:r>
          </w:p>
        </w:tc>
        <w:tc>
          <w:tcPr>
            <w:tcW w:type="dxa" w:w="11624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1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46</w:t>
            </w:r>
          </w:p>
        </w:tc>
        <w:tc>
          <w:tcPr>
            <w:tcW w:type="dxa" w:w="11624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30"/>
        </w:trPr>
        <w:tc>
          <w:tcPr>
            <w:tcW w:type="dxa" w:w="1620"/>
            <w:tcBorders>
              <w:left w:sz="3.200000000000003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47</w:t>
            </w:r>
          </w:p>
        </w:tc>
        <w:tc>
          <w:tcPr>
            <w:tcW w:type="dxa" w:w="11624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08" w:lineRule="exact" w:before="576" w:after="2116"/>
        <w:ind w:left="4796" w:right="0" w:firstLine="0"/>
        <w:jc w:val="left"/>
      </w:pPr>
      <w:r>
        <w:rPr>
          <w:spacing w:val="-10"/>
          <w:rFonts w:ascii="Roboto Regular" w:hAnsi="Roboto Regular" w:eastAsia="Roboto Regular"/>
          <w:color w:val="000000"/>
          <w:sz w:val="48"/>
        </w:rPr>
        <w:t>РЕЗУЛЬТАТЫ ПРОМЕЖУТОЧНОЙ АТТЕСТАЦИИ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196850</wp:posOffset>
            </wp:positionH>
            <wp:positionV relativeFrom="page">
              <wp:posOffset>25400</wp:posOffset>
            </wp:positionV>
            <wp:extent cx="1111250" cy="1073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0731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08" w:type="dxa"/>
      </w:tblPr>
      <w:tblGrid>
        <w:gridCol w:w="1620" w:type="dxa"/>
        <w:gridCol w:w="11624" w:type="dxa"/>
        <w:gridCol w:w="5175" w:type="dxa"/>
      </w:tblGrid>
      <w:tr>
        <w:trPr>
          <w:trHeight w:hRule="exact" w:val="764"/>
        </w:trPr>
        <w:tc>
          <w:tcPr>
            <w:tcW w:type="dxa" w:w="1620"/>
            <w:tcBorders>
              <w:left w:sz="3.200000000000003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26" w:lineRule="exact" w:before="0" w:after="0"/>
              <w:ind w:left="432" w:right="576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№</w:t>
            </w:r>
            <w:r>
              <w:br/>
            </w: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п/п</w:t>
            </w:r>
          </w:p>
        </w:tc>
        <w:tc>
          <w:tcPr>
            <w:tcW w:type="dxa" w:w="11624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18" w:lineRule="exact" w:before="25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Экзамен/зачет</w:t>
            </w:r>
          </w:p>
        </w:tc>
        <w:tc>
          <w:tcPr>
            <w:tcW w:type="dxa" w:w="5176"/>
            <w:tcBorders>
              <w:left w:sz="3.199999999999818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25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Оценка</w:t>
            </w:r>
          </w:p>
        </w:tc>
      </w:tr>
      <w:tr>
        <w:trPr>
          <w:trHeight w:hRule="exact" w:val="448"/>
        </w:trPr>
        <w:tc>
          <w:tcPr>
            <w:tcW w:type="dxa" w:w="1620"/>
            <w:tcBorders>
              <w:left w:sz="3.200000000000003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0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48</w:t>
            </w:r>
          </w:p>
        </w:tc>
        <w:tc>
          <w:tcPr>
            <w:tcW w:type="dxa" w:w="11624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2"/>
        </w:trPr>
        <w:tc>
          <w:tcPr>
            <w:tcW w:type="dxa" w:w="1620"/>
            <w:tcBorders>
              <w:left w:sz="3.200000000000003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0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49</w:t>
            </w:r>
          </w:p>
        </w:tc>
        <w:tc>
          <w:tcPr>
            <w:tcW w:type="dxa" w:w="11624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0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50</w:t>
            </w:r>
          </w:p>
        </w:tc>
        <w:tc>
          <w:tcPr>
            <w:tcW w:type="dxa" w:w="11624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10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51</w:t>
            </w:r>
          </w:p>
        </w:tc>
        <w:tc>
          <w:tcPr>
            <w:tcW w:type="dxa" w:w="11624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0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52</w:t>
            </w:r>
          </w:p>
        </w:tc>
        <w:tc>
          <w:tcPr>
            <w:tcW w:type="dxa" w:w="11624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06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53</w:t>
            </w:r>
          </w:p>
        </w:tc>
        <w:tc>
          <w:tcPr>
            <w:tcW w:type="dxa" w:w="11624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1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54</w:t>
            </w:r>
          </w:p>
        </w:tc>
        <w:tc>
          <w:tcPr>
            <w:tcW w:type="dxa" w:w="11624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1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55</w:t>
            </w:r>
          </w:p>
        </w:tc>
        <w:tc>
          <w:tcPr>
            <w:tcW w:type="dxa" w:w="11624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620"/>
            <w:tcBorders>
              <w:left w:sz="3.200000000000003" w:val="single" w:color="4175B5"/>
              <w:top w:sz="3.2000000000000455" w:val="single" w:color="4175B5"/>
              <w:right w:sz="3.1999999999999886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1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56</w:t>
            </w:r>
          </w:p>
        </w:tc>
        <w:tc>
          <w:tcPr>
            <w:tcW w:type="dxa" w:w="11624"/>
            <w:tcBorders>
              <w:left w:sz="3.1999999999999886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430"/>
        </w:trPr>
        <w:tc>
          <w:tcPr>
            <w:tcW w:type="dxa" w:w="1620"/>
            <w:tcBorders>
              <w:left w:sz="3.200000000000003" w:val="single" w:color="4175B5"/>
              <w:top w:sz="2.7999999999999545" w:val="single" w:color="4175B5"/>
              <w:right w:sz="3.1999999999999886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1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57</w:t>
            </w:r>
          </w:p>
        </w:tc>
        <w:tc>
          <w:tcPr>
            <w:tcW w:type="dxa" w:w="11624"/>
            <w:tcBorders>
              <w:left w:sz="3.1999999999999886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5176"/>
            <w:tcBorders>
              <w:left w:sz="3.199999999999818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36" w:lineRule="exact" w:before="572" w:after="1668"/>
        <w:ind w:left="0" w:right="0" w:firstLine="0"/>
        <w:jc w:val="center"/>
      </w:pPr>
      <w:r>
        <w:rPr>
          <w:spacing w:val="-10"/>
          <w:rFonts w:ascii="Roboto Regular" w:hAnsi="Roboto Regular" w:eastAsia="Roboto Regular"/>
          <w:color w:val="000000"/>
          <w:sz w:val="48"/>
        </w:rPr>
        <w:t>УЧАСТИЕ В НАУЧНО- ПРАКТИЧЕСКИХ КОНФЕРЕНЦИЯХ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1704339</wp:posOffset>
            </wp:positionV>
            <wp:extent cx="11791950" cy="762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0" cy="762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196850</wp:posOffset>
            </wp:positionH>
            <wp:positionV relativeFrom="page">
              <wp:posOffset>25400</wp:posOffset>
            </wp:positionV>
            <wp:extent cx="1111250" cy="1073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0731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00" w:type="dxa"/>
      </w:tblPr>
      <w:tblGrid>
        <w:gridCol w:w="18570" w:type="dxa"/>
      </w:tblGrid>
      <w:tr>
        <w:trPr>
          <w:trHeight w:hRule="exact" w:val="1200"/>
        </w:trPr>
        <w:tc>
          <w:tcPr>
            <w:tcW w:type="dxa" w:w="18570"/>
            <w:tcBorders>
              <w:left w:sz="6.0" w:val="single" w:color="F5BD14"/>
              <w:top w:sz="6.0" w:val="single" w:color="F5BD14"/>
              <w:right w:sz="6.0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436" w:lineRule="exact" w:before="128" w:after="0"/>
              <w:ind w:left="5040" w:right="5040" w:firstLine="0"/>
              <w:jc w:val="center"/>
            </w:pPr>
            <w:r>
              <w:rPr>
                <w:spacing w:val="-10"/>
                <w:rFonts w:ascii="Noto Serif" w:hAnsi="Noto Serif" w:eastAsia="Noto Serif"/>
                <w:color w:val="000000"/>
                <w:sz w:val="36"/>
              </w:rPr>
              <w:t>Основные тезисы работы былипредставлены на</w:t>
            </w:r>
            <w:r>
              <w:br/>
            </w:r>
            <w:r>
              <w:rPr>
                <w:spacing w:val="-10"/>
                <w:rFonts w:ascii="Noto Serif" w:hAnsi="Noto Serif" w:eastAsia="Noto Serif"/>
                <w:color w:val="000000"/>
                <w:sz w:val="36"/>
              </w:rPr>
              <w:t>научно-практических конференциях:</w:t>
            </w:r>
          </w:p>
        </w:tc>
      </w:tr>
    </w:tbl>
    <w:p>
      <w:pPr>
        <w:autoSpaceDN w:val="0"/>
        <w:autoSpaceDE w:val="0"/>
        <w:widowControl/>
        <w:spacing w:line="53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08" w:type="dxa"/>
      </w:tblPr>
      <w:tblGrid>
        <w:gridCol w:w="1228" w:type="dxa"/>
        <w:gridCol w:w="8056" w:type="dxa"/>
        <w:gridCol w:w="4635" w:type="dxa"/>
        <w:gridCol w:w="4634" w:type="dxa"/>
      </w:tblGrid>
      <w:tr>
        <w:trPr>
          <w:trHeight w:hRule="exact" w:val="766"/>
        </w:trPr>
        <w:tc>
          <w:tcPr>
            <w:tcW w:type="dxa" w:w="1228"/>
            <w:tcBorders>
              <w:left w:sz="3.200000000000003" w:val="single" w:color="4175B5"/>
              <w:top w:sz="3.2000000000000455" w:val="single" w:color="4175B5"/>
              <w:right w:sz="2.8000000000000114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28" w:lineRule="exact" w:before="0" w:after="0"/>
              <w:ind w:left="288" w:right="288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№</w:t>
            </w:r>
            <w:r>
              <w:br/>
            </w: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п/п</w:t>
            </w:r>
          </w:p>
        </w:tc>
        <w:tc>
          <w:tcPr>
            <w:tcW w:type="dxa" w:w="8056"/>
            <w:tcBorders>
              <w:left w:sz="2.8000000000000114" w:val="single" w:color="4175B5"/>
              <w:top w:sz="3.2000000000000455" w:val="single" w:color="4175B5"/>
              <w:right w:sz="3.2000000000000455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9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Наименование работы,</w:t>
            </w:r>
          </w:p>
          <w:p>
            <w:pPr>
              <w:autoSpaceDN w:val="0"/>
              <w:autoSpaceDE w:val="0"/>
              <w:widowControl/>
              <w:spacing w:line="196" w:lineRule="exact" w:before="12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ее вид</w:t>
            </w:r>
          </w:p>
        </w:tc>
        <w:tc>
          <w:tcPr>
            <w:tcW w:type="dxa" w:w="4636"/>
            <w:tcBorders>
              <w:left w:sz="3.2000000000000455" w:val="single" w:color="4175B5"/>
              <w:top w:sz="3.2000000000000455" w:val="single" w:color="4175B5"/>
              <w:right w:sz="3.199999999999818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26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Выходные данные</w:t>
            </w:r>
          </w:p>
        </w:tc>
        <w:tc>
          <w:tcPr>
            <w:tcW w:type="dxa" w:w="4634"/>
            <w:tcBorders>
              <w:left w:sz="3.199999999999818" w:val="single" w:color="4175B5"/>
              <w:top w:sz="3.2000000000000455" w:val="single" w:color="4175B5"/>
              <w:right w:sz="2.800000000000182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25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Соавторы</w:t>
            </w:r>
          </w:p>
        </w:tc>
      </w:tr>
      <w:tr>
        <w:trPr>
          <w:trHeight w:hRule="exact" w:val="990"/>
        </w:trPr>
        <w:tc>
          <w:tcPr>
            <w:tcW w:type="dxa" w:w="1228"/>
            <w:tcBorders>
              <w:left w:sz="3.200000000000003" w:val="single" w:color="4175B5"/>
              <w:top w:sz="2.799999999999954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37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1.</w:t>
            </w:r>
          </w:p>
        </w:tc>
        <w:tc>
          <w:tcPr>
            <w:tcW w:type="dxa" w:w="8056"/>
            <w:tcBorders>
              <w:left w:sz="2.8000000000000114" w:val="single" w:color="4175B5"/>
              <w:top w:sz="2.7999999999999545" w:val="single" w:color="4175B5"/>
              <w:right w:sz="3.2000000000000455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4636"/>
            <w:tcBorders>
              <w:left w:sz="3.2000000000000455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4634"/>
            <w:tcBorders>
              <w:left w:sz="3.199999999999818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1000"/>
        </w:trPr>
        <w:tc>
          <w:tcPr>
            <w:tcW w:type="dxa" w:w="1228"/>
            <w:tcBorders>
              <w:left w:sz="3.200000000000003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39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2.</w:t>
            </w:r>
          </w:p>
        </w:tc>
        <w:tc>
          <w:tcPr>
            <w:tcW w:type="dxa" w:w="8056"/>
            <w:tcBorders>
              <w:left w:sz="2.8000000000000114" w:val="single" w:color="4175B5"/>
              <w:top w:sz="3.2000000000000455" w:val="single" w:color="4175B5"/>
              <w:right w:sz="3.2000000000000455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4636"/>
            <w:tcBorders>
              <w:left w:sz="3.2000000000000455" w:val="single" w:color="4175B5"/>
              <w:top w:sz="3.200000000000045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4634"/>
            <w:tcBorders>
              <w:left w:sz="3.199999999999818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28" w:lineRule="exact" w:before="580" w:after="1848"/>
        <w:ind w:left="0" w:right="0" w:firstLine="0"/>
        <w:jc w:val="center"/>
      </w:pPr>
      <w:r>
        <w:rPr>
          <w:spacing w:val="-10"/>
          <w:rFonts w:ascii="Roboto Regular" w:hAnsi="Roboto Regular" w:eastAsia="Roboto Regular"/>
          <w:color w:val="000000"/>
          <w:sz w:val="48"/>
        </w:rPr>
        <w:t>Статьи РИНЦ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1818639</wp:posOffset>
            </wp:positionV>
            <wp:extent cx="11791950" cy="73406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0" cy="73406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2771140</wp:posOffset>
            </wp:positionV>
            <wp:extent cx="11791950" cy="73406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0" cy="73406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3723640</wp:posOffset>
            </wp:positionV>
            <wp:extent cx="11791950" cy="73406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0" cy="73406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4714240</wp:posOffset>
            </wp:positionV>
            <wp:extent cx="11791950" cy="73406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0" cy="73406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5657850</wp:posOffset>
            </wp:positionV>
            <wp:extent cx="11791950" cy="73278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0" cy="73278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196850</wp:posOffset>
            </wp:positionH>
            <wp:positionV relativeFrom="page">
              <wp:posOffset>25400</wp:posOffset>
            </wp:positionV>
            <wp:extent cx="1111250" cy="1073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0731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00" w:type="dxa"/>
      </w:tblPr>
      <w:tblGrid>
        <w:gridCol w:w="18570" w:type="dxa"/>
      </w:tblGrid>
      <w:tr>
        <w:trPr>
          <w:trHeight w:hRule="exact" w:val="1156"/>
        </w:trPr>
        <w:tc>
          <w:tcPr>
            <w:tcW w:type="dxa" w:w="18570"/>
            <w:tcBorders>
              <w:left w:sz="6.0" w:val="single" w:color="F5BD14"/>
              <w:top w:sz="6.0" w:val="single" w:color="F5BD14"/>
              <w:right w:sz="6.0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62" w:lineRule="exact" w:before="398" w:after="0"/>
              <w:ind w:left="0" w:right="0" w:firstLine="0"/>
              <w:jc w:val="center"/>
            </w:pPr>
            <w:r>
              <w:rPr>
                <w:spacing w:val="-10"/>
                <w:rFonts w:ascii="Noto Serif" w:hAnsi="Noto Serif" w:eastAsia="Noto Serif"/>
                <w:color w:val="000000"/>
                <w:sz w:val="36"/>
              </w:rPr>
              <w:t xml:space="preserve">Необходимо написать тему статьи и сделать из </w:t>
            </w:r>
            <w:r>
              <w:rPr>
                <w:spacing w:val="-10"/>
                <w:u w:val="single" w:color="ff0000"/>
                <w:rFonts w:ascii="Noto Serif" w:hAnsi="Noto Serif" w:eastAsia="Noto Serif"/>
                <w:color w:val="000000"/>
                <w:sz w:val="36"/>
              </w:rPr>
              <w:t>нее</w:t>
            </w:r>
            <w:r>
              <w:rPr>
                <w:spacing w:val="-10"/>
                <w:rFonts w:ascii="Noto Serif" w:hAnsi="Noto Serif" w:eastAsia="Noto Serif"/>
                <w:color w:val="FF0000"/>
                <w:sz w:val="36"/>
                <w:u w:val="single"/>
              </w:rPr>
              <w:t>гиперссылку</w:t>
            </w:r>
          </w:p>
        </w:tc>
      </w:tr>
    </w:tbl>
    <w:p>
      <w:pPr>
        <w:autoSpaceDN w:val="0"/>
        <w:autoSpaceDE w:val="0"/>
        <w:widowControl/>
        <w:spacing w:line="32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00" w:type="dxa"/>
      </w:tblPr>
      <w:tblGrid>
        <w:gridCol w:w="18570" w:type="dxa"/>
      </w:tblGrid>
      <w:tr>
        <w:trPr>
          <w:trHeight w:hRule="exact" w:val="1156"/>
        </w:trPr>
        <w:tc>
          <w:tcPr>
            <w:tcW w:type="dxa" w:w="18570"/>
            <w:tcBorders>
              <w:left w:sz="6.0" w:val="single" w:color="F5BD14"/>
              <w:top w:sz="6.0" w:val="single" w:color="F5BD14"/>
              <w:right w:sz="6.0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32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00" w:type="dxa"/>
      </w:tblPr>
      <w:tblGrid>
        <w:gridCol w:w="18570" w:type="dxa"/>
      </w:tblGrid>
      <w:tr>
        <w:trPr>
          <w:trHeight w:hRule="exact" w:val="1156"/>
        </w:trPr>
        <w:tc>
          <w:tcPr>
            <w:tcW w:type="dxa" w:w="18570"/>
            <w:tcBorders>
              <w:left w:sz="6.0" w:val="single" w:color="F5BD14"/>
              <w:top w:sz="6.0" w:val="single" w:color="F5BD14"/>
              <w:right w:sz="6.0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38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18570" w:type="dxa"/>
      </w:tblGrid>
      <w:tr>
        <w:trPr>
          <w:trHeight w:hRule="exact" w:val="1156"/>
        </w:trPr>
        <w:tc>
          <w:tcPr>
            <w:tcW w:type="dxa" w:w="18570"/>
            <w:tcBorders>
              <w:left w:sz="6.0" w:val="single" w:color="F5BD14"/>
              <w:top w:sz="6.0" w:val="single" w:color="F5BD14"/>
              <w:right w:sz="6.0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3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00" w:type="dxa"/>
      </w:tblPr>
      <w:tblGrid>
        <w:gridCol w:w="18570" w:type="dxa"/>
      </w:tblGrid>
      <w:tr>
        <w:trPr>
          <w:trHeight w:hRule="exact" w:val="1134"/>
        </w:trPr>
        <w:tc>
          <w:tcPr>
            <w:tcW w:type="dxa" w:w="18570"/>
            <w:tcBorders>
              <w:left w:sz="6.0" w:val="single" w:color="F5BD14"/>
              <w:top w:sz="6.0" w:val="single" w:color="F5BD14"/>
              <w:right w:sz="6.0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62" w:lineRule="exact" w:before="566" w:after="1424"/>
        <w:ind w:left="0" w:right="0" w:firstLine="0"/>
        <w:jc w:val="center"/>
      </w:pPr>
      <w:r>
        <w:rPr>
          <w:spacing w:val="-10"/>
          <w:rFonts w:ascii="Roboto Regular" w:hAnsi="Roboto Regular" w:eastAsia="Roboto Regular"/>
          <w:color w:val="000000"/>
          <w:sz w:val="48"/>
        </w:rPr>
        <w:t>Выступления на конференциях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1562100</wp:posOffset>
            </wp:positionV>
            <wp:extent cx="11791950" cy="488696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0" cy="488696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196850</wp:posOffset>
            </wp:positionH>
            <wp:positionV relativeFrom="page">
              <wp:posOffset>25400</wp:posOffset>
            </wp:positionV>
            <wp:extent cx="1111250" cy="1073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0731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00" w:type="dxa"/>
      </w:tblPr>
      <w:tblGrid>
        <w:gridCol w:w="18570" w:type="dxa"/>
      </w:tblGrid>
      <w:tr>
        <w:trPr>
          <w:trHeight w:hRule="exact" w:val="7676"/>
        </w:trPr>
        <w:tc>
          <w:tcPr>
            <w:tcW w:type="dxa" w:w="18570"/>
            <w:tcBorders>
              <w:left w:sz="6.0" w:val="single" w:color="F5BD14"/>
              <w:top w:sz="6.0" w:val="single" w:color="F5BD14"/>
              <w:right w:sz="6.0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60" w:lineRule="exact" w:before="1058" w:after="0"/>
              <w:ind w:left="52" w:right="0" w:firstLine="0"/>
              <w:jc w:val="left"/>
            </w:pPr>
            <w:r>
              <w:rPr>
                <w:spacing w:val="-10"/>
                <w:rFonts w:ascii="Noto Serif" w:hAnsi="Noto Serif" w:eastAsia="Noto Serif"/>
                <w:color w:val="000000"/>
                <w:sz w:val="36"/>
              </w:rPr>
              <w:t>Наименованиеивремяпроведенияконференциииуказатьссылку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10" w:lineRule="exact" w:before="576" w:after="1914"/>
        <w:ind w:left="4200" w:right="0" w:firstLine="0"/>
        <w:jc w:val="left"/>
      </w:pPr>
      <w:r>
        <w:rPr>
          <w:spacing w:val="-10"/>
          <w:rFonts w:ascii="Roboto Regular" w:hAnsi="Roboto Regular" w:eastAsia="Roboto Regular"/>
          <w:color w:val="000000"/>
          <w:sz w:val="48"/>
        </w:rPr>
        <w:t>РЕЗУЛЬТАТЫ ОБЩЕСТВЕННОЙ ДЕЯТЕЛЬНОСТИ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139700</wp:posOffset>
            </wp:positionV>
            <wp:extent cx="927100" cy="692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6921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00" w:type="dxa"/>
      </w:tblPr>
      <w:tblGrid>
        <w:gridCol w:w="3280" w:type="dxa"/>
        <w:gridCol w:w="7920" w:type="dxa"/>
        <w:gridCol w:w="5960" w:type="dxa"/>
      </w:tblGrid>
      <w:tr>
        <w:trPr>
          <w:trHeight w:hRule="exact" w:val="320"/>
        </w:trPr>
        <w:tc>
          <w:tcPr>
            <w:tcW w:type="dxa" w:w="3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60" w:after="0"/>
              <w:ind w:left="404" w:right="0" w:firstLine="0"/>
              <w:jc w:val="left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№</w:t>
            </w:r>
          </w:p>
        </w:tc>
        <w:tc>
          <w:tcPr>
            <w:tcW w:type="dxa" w:w="792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226" w:after="0"/>
              <w:ind w:left="0" w:right="3602" w:firstLine="0"/>
              <w:jc w:val="right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Мероприятия</w:t>
            </w:r>
          </w:p>
        </w:tc>
        <w:tc>
          <w:tcPr>
            <w:tcW w:type="dxa" w:w="596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226" w:after="0"/>
              <w:ind w:left="0" w:right="1708" w:firstLine="0"/>
              <w:jc w:val="right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Дата</w:t>
            </w:r>
          </w:p>
        </w:tc>
      </w:tr>
      <w:tr>
        <w:trPr>
          <w:trHeight w:hRule="exact" w:val="348"/>
        </w:trPr>
        <w:tc>
          <w:tcPr>
            <w:tcW w:type="dxa" w:w="3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16" w:lineRule="exact" w:before="72" w:after="0"/>
              <w:ind w:left="300" w:right="0" w:firstLine="0"/>
              <w:jc w:val="left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п/п</w:t>
            </w:r>
          </w:p>
        </w:tc>
        <w:tc>
          <w:tcPr>
            <w:tcW w:type="dxa" w:w="6400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6400"/>
            <w:vMerge/>
            <w:tcBorders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202" w:lineRule="exact" w:before="428" w:after="0"/>
        <w:ind w:left="734" w:right="0" w:firstLine="0"/>
        <w:jc w:val="left"/>
      </w:pPr>
      <w:r>
        <w:rPr>
          <w:spacing w:val="-10"/>
          <w:rFonts w:ascii="Roboto Regular" w:hAnsi="Roboto Regular" w:eastAsia="Roboto Regular"/>
          <w:color w:val="4175B5"/>
          <w:sz w:val="28"/>
        </w:rPr>
        <w:t>1.</w:t>
      </w:r>
    </w:p>
    <w:p>
      <w:pPr>
        <w:autoSpaceDN w:val="0"/>
        <w:autoSpaceDE w:val="0"/>
        <w:widowControl/>
        <w:spacing w:line="204" w:lineRule="exact" w:before="440" w:after="0"/>
        <w:ind w:left="734" w:right="0" w:firstLine="0"/>
        <w:jc w:val="left"/>
      </w:pPr>
      <w:r>
        <w:rPr>
          <w:spacing w:val="-10"/>
          <w:rFonts w:ascii="Roboto Regular" w:hAnsi="Roboto Regular" w:eastAsia="Roboto Regular"/>
          <w:color w:val="4175B5"/>
          <w:sz w:val="28"/>
        </w:rPr>
        <w:t>2.</w:t>
      </w:r>
    </w:p>
    <w:p>
      <w:pPr>
        <w:autoSpaceDN w:val="0"/>
        <w:autoSpaceDE w:val="0"/>
        <w:widowControl/>
        <w:spacing w:line="204" w:lineRule="exact" w:before="442" w:after="0"/>
        <w:ind w:left="734" w:right="0" w:firstLine="0"/>
        <w:jc w:val="left"/>
      </w:pPr>
      <w:r>
        <w:rPr>
          <w:spacing w:val="-10"/>
          <w:rFonts w:ascii="Roboto Regular" w:hAnsi="Roboto Regular" w:eastAsia="Roboto Regular"/>
          <w:color w:val="4175B5"/>
          <w:sz w:val="28"/>
        </w:rPr>
        <w:t>3.</w:t>
      </w:r>
    </w:p>
    <w:p>
      <w:pPr>
        <w:autoSpaceDN w:val="0"/>
        <w:autoSpaceDE w:val="0"/>
        <w:widowControl/>
        <w:spacing w:line="200" w:lineRule="exact" w:before="444" w:after="0"/>
        <w:ind w:left="734" w:right="0" w:firstLine="0"/>
        <w:jc w:val="left"/>
      </w:pPr>
      <w:r>
        <w:rPr>
          <w:spacing w:val="-10"/>
          <w:rFonts w:ascii="Roboto Regular" w:hAnsi="Roboto Regular" w:eastAsia="Roboto Regular"/>
          <w:color w:val="4175B5"/>
          <w:sz w:val="28"/>
        </w:rPr>
        <w:t>4.</w:t>
      </w:r>
    </w:p>
    <w:p>
      <w:pPr>
        <w:autoSpaceDN w:val="0"/>
        <w:autoSpaceDE w:val="0"/>
        <w:widowControl/>
        <w:spacing w:line="202" w:lineRule="exact" w:before="670" w:after="0"/>
        <w:ind w:left="734" w:right="0" w:firstLine="0"/>
        <w:jc w:val="left"/>
      </w:pPr>
      <w:r>
        <w:rPr>
          <w:spacing w:val="-10"/>
          <w:rFonts w:ascii="Roboto Regular" w:hAnsi="Roboto Regular" w:eastAsia="Roboto Regular"/>
          <w:color w:val="4175B5"/>
          <w:sz w:val="28"/>
        </w:rPr>
        <w:t>5.</w:t>
      </w:r>
    </w:p>
    <w:p>
      <w:pPr>
        <w:autoSpaceDN w:val="0"/>
        <w:autoSpaceDE w:val="0"/>
        <w:widowControl/>
        <w:spacing w:line="202" w:lineRule="exact" w:before="668" w:after="0"/>
        <w:ind w:left="734" w:right="0" w:firstLine="0"/>
        <w:jc w:val="left"/>
      </w:pPr>
      <w:r>
        <w:rPr>
          <w:spacing w:val="-10"/>
          <w:rFonts w:ascii="Roboto Regular" w:hAnsi="Roboto Regular" w:eastAsia="Roboto Regular"/>
          <w:color w:val="4175B5"/>
          <w:sz w:val="28"/>
        </w:rPr>
        <w:t>6.</w:t>
      </w:r>
    </w:p>
    <w:p>
      <w:pPr>
        <w:autoSpaceDN w:val="0"/>
        <w:autoSpaceDE w:val="0"/>
        <w:widowControl/>
        <w:spacing w:line="202" w:lineRule="exact" w:before="442" w:after="0"/>
        <w:ind w:left="734" w:right="0" w:firstLine="0"/>
        <w:jc w:val="left"/>
      </w:pPr>
      <w:r>
        <w:rPr>
          <w:spacing w:val="-10"/>
          <w:rFonts w:ascii="Roboto Regular" w:hAnsi="Roboto Regular" w:eastAsia="Roboto Regular"/>
          <w:color w:val="4175B5"/>
          <w:sz w:val="28"/>
        </w:rPr>
        <w:t>7.</w:t>
      </w:r>
    </w:p>
    <w:p>
      <w:pPr>
        <w:autoSpaceDN w:val="0"/>
        <w:autoSpaceDE w:val="0"/>
        <w:widowControl/>
        <w:spacing w:line="206" w:lineRule="exact" w:before="440" w:after="0"/>
        <w:ind w:left="734" w:right="0" w:firstLine="0"/>
        <w:jc w:val="left"/>
      </w:pPr>
      <w:r>
        <w:rPr>
          <w:spacing w:val="-10"/>
          <w:rFonts w:ascii="Noto Serif" w:hAnsi="Noto Serif" w:eastAsia="Noto Serif"/>
          <w:color w:val="4175B5"/>
          <w:sz w:val="28"/>
        </w:rPr>
        <w:t>8.</w:t>
      </w:r>
    </w:p>
    <w:p>
      <w:pPr>
        <w:autoSpaceDN w:val="0"/>
        <w:autoSpaceDE w:val="0"/>
        <w:widowControl/>
        <w:spacing w:line="206" w:lineRule="exact" w:before="438" w:after="0"/>
        <w:ind w:left="734" w:right="0" w:firstLine="0"/>
        <w:jc w:val="left"/>
      </w:pPr>
      <w:r>
        <w:rPr>
          <w:spacing w:val="-10"/>
          <w:rFonts w:ascii="Noto Serif" w:hAnsi="Noto Serif" w:eastAsia="Noto Serif"/>
          <w:color w:val="4175B5"/>
          <w:sz w:val="28"/>
        </w:rPr>
        <w:t>9.</w:t>
      </w: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510" w:lineRule="exact" w:before="576" w:after="1764"/>
        <w:ind w:left="4200" w:right="0" w:firstLine="0"/>
        <w:jc w:val="left"/>
      </w:pPr>
      <w:r>
        <w:rPr>
          <w:spacing w:val="-10"/>
          <w:rFonts w:ascii="Roboto Regular" w:hAnsi="Roboto Regular" w:eastAsia="Roboto Regular"/>
          <w:color w:val="000000"/>
          <w:sz w:val="48"/>
        </w:rPr>
        <w:t>РЕЗУЛЬТАТЫ ОБЩЕСТВЕННОЙ ДЕЯТЕЛЬНОСТИ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139700</wp:posOffset>
            </wp:positionV>
            <wp:extent cx="927100" cy="692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69215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00" w:type="dxa"/>
      </w:tblPr>
      <w:tblGrid>
        <w:gridCol w:w="3260" w:type="dxa"/>
        <w:gridCol w:w="7900" w:type="dxa"/>
        <w:gridCol w:w="5980" w:type="dxa"/>
      </w:tblGrid>
      <w:tr>
        <w:trPr>
          <w:trHeight w:hRule="exact" w:val="310"/>
        </w:trPr>
        <w:tc>
          <w:tcPr>
            <w:tcW w:type="dxa" w:w="32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60" w:after="0"/>
              <w:ind w:left="404" w:right="0" w:firstLine="0"/>
              <w:jc w:val="left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№</w:t>
            </w:r>
          </w:p>
        </w:tc>
        <w:tc>
          <w:tcPr>
            <w:tcW w:type="dxa" w:w="790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226" w:after="0"/>
              <w:ind w:left="0" w:right="3576" w:firstLine="0"/>
              <w:jc w:val="right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Мероприятия</w:t>
            </w:r>
          </w:p>
        </w:tc>
        <w:tc>
          <w:tcPr>
            <w:tcW w:type="dxa" w:w="598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226" w:after="0"/>
              <w:ind w:left="0" w:right="1734" w:firstLine="0"/>
              <w:jc w:val="right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Дата</w:t>
            </w:r>
          </w:p>
        </w:tc>
      </w:tr>
      <w:tr>
        <w:trPr>
          <w:trHeight w:hRule="exact" w:val="358"/>
        </w:trPr>
        <w:tc>
          <w:tcPr>
            <w:tcW w:type="dxa" w:w="32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16" w:lineRule="exact" w:before="82" w:after="0"/>
              <w:ind w:left="300" w:right="0" w:firstLine="0"/>
              <w:jc w:val="left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п/п</w:t>
            </w:r>
          </w:p>
        </w:tc>
        <w:tc>
          <w:tcPr>
            <w:tcW w:type="dxa" w:w="6400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6400"/>
            <w:vMerge/>
            <w:tcBorders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206" w:lineRule="exact" w:before="184" w:after="0"/>
        <w:ind w:left="674" w:right="0" w:firstLine="0"/>
        <w:jc w:val="left"/>
      </w:pPr>
      <w:r>
        <w:rPr>
          <w:spacing w:val="-10"/>
          <w:rFonts w:ascii="Noto Serif" w:hAnsi="Noto Serif" w:eastAsia="Noto Serif"/>
          <w:color w:val="4175B5"/>
          <w:sz w:val="28"/>
        </w:rPr>
        <w:t>10</w:t>
      </w:r>
    </w:p>
    <w:p>
      <w:pPr>
        <w:autoSpaceDN w:val="0"/>
        <w:autoSpaceDE w:val="0"/>
        <w:widowControl/>
        <w:spacing w:line="200" w:lineRule="exact" w:before="262" w:after="0"/>
        <w:ind w:left="674" w:right="0" w:firstLine="0"/>
        <w:jc w:val="left"/>
      </w:pPr>
      <w:r>
        <w:rPr>
          <w:spacing w:val="-10"/>
          <w:rFonts w:ascii="Noto Serif" w:hAnsi="Noto Serif" w:eastAsia="Noto Serif"/>
          <w:color w:val="4175B5"/>
          <w:sz w:val="28"/>
        </w:rPr>
        <w:t>11</w:t>
      </w:r>
    </w:p>
    <w:p>
      <w:pPr>
        <w:autoSpaceDN w:val="0"/>
        <w:autoSpaceDE w:val="0"/>
        <w:widowControl/>
        <w:spacing w:line="202" w:lineRule="exact" w:before="264" w:after="0"/>
        <w:ind w:left="674" w:right="0" w:firstLine="0"/>
        <w:jc w:val="left"/>
      </w:pPr>
      <w:r>
        <w:rPr>
          <w:spacing w:val="-10"/>
          <w:rFonts w:ascii="Roboto Regular" w:hAnsi="Roboto Regular" w:eastAsia="Roboto Regular"/>
          <w:color w:val="4175B5"/>
          <w:sz w:val="28"/>
        </w:rPr>
        <w:t>12</w:t>
      </w:r>
    </w:p>
    <w:p>
      <w:pPr>
        <w:autoSpaceDN w:val="0"/>
        <w:autoSpaceDE w:val="0"/>
        <w:widowControl/>
        <w:spacing w:line="204" w:lineRule="exact" w:before="218" w:after="0"/>
        <w:ind w:left="674" w:right="0" w:firstLine="0"/>
        <w:jc w:val="left"/>
      </w:pPr>
      <w:r>
        <w:rPr>
          <w:spacing w:val="-10"/>
          <w:rFonts w:ascii="Roboto Regular" w:hAnsi="Roboto Regular" w:eastAsia="Roboto Regular"/>
          <w:color w:val="4175B5"/>
          <w:sz w:val="28"/>
        </w:rPr>
        <w:t>13</w:t>
      </w:r>
    </w:p>
    <w:p>
      <w:pPr>
        <w:autoSpaceDN w:val="0"/>
        <w:autoSpaceDE w:val="0"/>
        <w:widowControl/>
        <w:spacing w:line="200" w:lineRule="exact" w:before="188" w:after="0"/>
        <w:ind w:left="674" w:right="0" w:firstLine="0"/>
        <w:jc w:val="left"/>
      </w:pPr>
      <w:r>
        <w:rPr>
          <w:spacing w:val="-10"/>
          <w:rFonts w:ascii="Roboto Regular" w:hAnsi="Roboto Regular" w:eastAsia="Roboto Regular"/>
          <w:color w:val="4175B5"/>
          <w:sz w:val="28"/>
        </w:rPr>
        <w:t>14</w:t>
      </w:r>
    </w:p>
    <w:p>
      <w:pPr>
        <w:autoSpaceDN w:val="0"/>
        <w:autoSpaceDE w:val="0"/>
        <w:widowControl/>
        <w:spacing w:line="204" w:lineRule="exact" w:before="264" w:after="0"/>
        <w:ind w:left="674" w:right="0" w:firstLine="0"/>
        <w:jc w:val="left"/>
      </w:pPr>
      <w:r>
        <w:rPr>
          <w:spacing w:val="-10"/>
          <w:rFonts w:ascii="Roboto Regular" w:hAnsi="Roboto Regular" w:eastAsia="Roboto Regular"/>
          <w:color w:val="4175B5"/>
          <w:sz w:val="28"/>
        </w:rPr>
        <w:t>15</w:t>
      </w:r>
    </w:p>
    <w:p>
      <w:pPr>
        <w:autoSpaceDN w:val="0"/>
        <w:autoSpaceDE w:val="0"/>
        <w:widowControl/>
        <w:spacing w:line="202" w:lineRule="exact" w:before="262" w:after="0"/>
        <w:ind w:left="674" w:right="0" w:firstLine="0"/>
        <w:jc w:val="left"/>
      </w:pPr>
      <w:r>
        <w:rPr>
          <w:spacing w:val="-10"/>
          <w:rFonts w:ascii="Roboto Regular" w:hAnsi="Roboto Regular" w:eastAsia="Roboto Regular"/>
          <w:color w:val="4175B5"/>
          <w:sz w:val="28"/>
        </w:rPr>
        <w:t>16</w:t>
      </w:r>
    </w:p>
    <w:p>
      <w:pPr>
        <w:autoSpaceDN w:val="0"/>
        <w:autoSpaceDE w:val="0"/>
        <w:widowControl/>
        <w:spacing w:line="202" w:lineRule="exact" w:before="246" w:after="0"/>
        <w:ind w:left="674" w:right="0" w:firstLine="0"/>
        <w:jc w:val="left"/>
      </w:pPr>
      <w:r>
        <w:rPr>
          <w:spacing w:val="-10"/>
          <w:rFonts w:ascii="Noto Serif" w:hAnsi="Noto Serif" w:eastAsia="Noto Serif"/>
          <w:color w:val="4175B5"/>
          <w:sz w:val="28"/>
        </w:rPr>
        <w:t>17</w:t>
      </w:r>
    </w:p>
    <w:p>
      <w:pPr>
        <w:autoSpaceDN w:val="0"/>
        <w:autoSpaceDE w:val="0"/>
        <w:widowControl/>
        <w:spacing w:line="206" w:lineRule="exact" w:before="396" w:after="0"/>
        <w:ind w:left="674" w:right="0" w:firstLine="0"/>
        <w:jc w:val="left"/>
      </w:pPr>
      <w:r>
        <w:rPr>
          <w:spacing w:val="-10"/>
          <w:rFonts w:ascii="Noto Serif" w:hAnsi="Noto Serif" w:eastAsia="Noto Serif"/>
          <w:color w:val="4175B5"/>
          <w:sz w:val="28"/>
        </w:rPr>
        <w:t>18</w:t>
      </w:r>
    </w:p>
    <w:p>
      <w:pPr>
        <w:autoSpaceDN w:val="0"/>
        <w:autoSpaceDE w:val="0"/>
        <w:widowControl/>
        <w:spacing w:line="206" w:lineRule="exact" w:before="380" w:after="0"/>
        <w:ind w:left="674" w:right="0" w:firstLine="0"/>
        <w:jc w:val="left"/>
      </w:pPr>
      <w:r>
        <w:rPr>
          <w:spacing w:val="-10"/>
          <w:rFonts w:ascii="Noto Serif" w:hAnsi="Noto Serif" w:eastAsia="Noto Serif"/>
          <w:color w:val="4175B5"/>
          <w:sz w:val="28"/>
        </w:rPr>
        <w:t>19</w:t>
      </w:r>
    </w:p>
    <w:p>
      <w:pPr>
        <w:autoSpaceDN w:val="0"/>
        <w:autoSpaceDE w:val="0"/>
        <w:widowControl/>
        <w:spacing w:line="206" w:lineRule="exact" w:before="94" w:after="0"/>
        <w:ind w:left="674" w:right="0" w:firstLine="0"/>
        <w:jc w:val="left"/>
      </w:pPr>
      <w:r>
        <w:rPr>
          <w:spacing w:val="-10"/>
          <w:rFonts w:ascii="Noto Serif" w:hAnsi="Noto Serif" w:eastAsia="Noto Serif"/>
          <w:color w:val="4175B5"/>
          <w:sz w:val="28"/>
        </w:rPr>
        <w:t>20</w:t>
      </w:r>
    </w:p>
    <w:p>
      <w:pPr>
        <w:autoSpaceDN w:val="0"/>
        <w:autoSpaceDE w:val="0"/>
        <w:widowControl/>
        <w:spacing w:line="202" w:lineRule="exact" w:before="304" w:after="0"/>
        <w:ind w:left="674" w:right="0" w:firstLine="0"/>
        <w:jc w:val="left"/>
      </w:pPr>
      <w:r>
        <w:rPr>
          <w:spacing w:val="-10"/>
          <w:rFonts w:ascii="Noto Serif" w:hAnsi="Noto Serif" w:eastAsia="Noto Serif"/>
          <w:color w:val="4175B5"/>
          <w:sz w:val="28"/>
        </w:rPr>
        <w:t>21</w:t>
      </w: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30" w:lineRule="exact" w:before="566" w:after="1452"/>
        <w:ind w:left="0" w:right="4130" w:firstLine="0"/>
        <w:jc w:val="right"/>
      </w:pPr>
      <w:r>
        <w:rPr>
          <w:spacing w:val="-10"/>
          <w:rFonts w:ascii="Roboto Regular" w:hAnsi="Roboto Regular" w:eastAsia="Roboto Regular"/>
          <w:color w:val="000000"/>
          <w:sz w:val="48"/>
        </w:rPr>
        <w:t>НАУЧНО- ИССЛЕДОВАТЕЛЬСКАЯ РАБОТА</w:t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139700</wp:posOffset>
            </wp:positionV>
            <wp:extent cx="927100" cy="692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6921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08" w:type="dxa"/>
      </w:tblPr>
      <w:tblGrid>
        <w:gridCol w:w="1228" w:type="dxa"/>
        <w:gridCol w:w="8056" w:type="dxa"/>
        <w:gridCol w:w="4635" w:type="dxa"/>
        <w:gridCol w:w="4634" w:type="dxa"/>
      </w:tblGrid>
      <w:tr>
        <w:trPr>
          <w:trHeight w:hRule="exact" w:val="764"/>
        </w:trPr>
        <w:tc>
          <w:tcPr>
            <w:tcW w:type="dxa" w:w="1228"/>
            <w:tcBorders>
              <w:left w:sz="3.200000000000003" w:val="single" w:color="4175B5"/>
              <w:top w:sz="3.1999999999999886" w:val="single" w:color="4175B5"/>
              <w:right w:sz="2.8000000000000114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28" w:lineRule="exact" w:before="0" w:after="0"/>
              <w:ind w:left="288" w:right="288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№</w:t>
            </w:r>
            <w:r>
              <w:br/>
            </w: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п/п</w:t>
            </w:r>
          </w:p>
        </w:tc>
        <w:tc>
          <w:tcPr>
            <w:tcW w:type="dxa" w:w="8056"/>
            <w:tcBorders>
              <w:left w:sz="2.8000000000000114" w:val="single" w:color="4175B5"/>
              <w:top w:sz="3.1999999999999886" w:val="single" w:color="4175B5"/>
              <w:right w:sz="3.2000000000000455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68" w:lineRule="exact" w:before="9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Наименование работы,</w:t>
            </w:r>
          </w:p>
          <w:p>
            <w:pPr>
              <w:autoSpaceDN w:val="0"/>
              <w:autoSpaceDE w:val="0"/>
              <w:widowControl/>
              <w:spacing w:line="196" w:lineRule="exact" w:before="12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ее вид</w:t>
            </w:r>
          </w:p>
        </w:tc>
        <w:tc>
          <w:tcPr>
            <w:tcW w:type="dxa" w:w="4636"/>
            <w:tcBorders>
              <w:left w:sz="3.2000000000000455" w:val="single" w:color="4175B5"/>
              <w:top w:sz="3.1999999999999886" w:val="single" w:color="4175B5"/>
              <w:right w:sz="3.199999999999818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26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Выходные данные*</w:t>
            </w:r>
          </w:p>
        </w:tc>
        <w:tc>
          <w:tcPr>
            <w:tcW w:type="dxa" w:w="4634"/>
            <w:tcBorders>
              <w:left w:sz="3.199999999999818" w:val="single" w:color="4175B5"/>
              <w:top w:sz="3.1999999999999886" w:val="single" w:color="4175B5"/>
              <w:right w:sz="2.800000000000182" w:val="single" w:color="4175B5"/>
              <w:bottom w:sz="2.7999999999999545" w:val="single" w:color="4175B5"/>
            </w:tcBorders>
            <w:shd w:fill="8db3e2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258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Соавторы</w:t>
            </w:r>
          </w:p>
        </w:tc>
      </w:tr>
      <w:tr>
        <w:trPr>
          <w:trHeight w:hRule="exact" w:val="992"/>
        </w:trPr>
        <w:tc>
          <w:tcPr>
            <w:tcW w:type="dxa" w:w="1228"/>
            <w:tcBorders>
              <w:left w:sz="3.200000000000003" w:val="single" w:color="4175B5"/>
              <w:top w:sz="2.799999999999954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380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1.</w:t>
            </w:r>
          </w:p>
        </w:tc>
        <w:tc>
          <w:tcPr>
            <w:tcW w:type="dxa" w:w="8056"/>
            <w:tcBorders>
              <w:left w:sz="2.8000000000000114" w:val="single" w:color="4175B5"/>
              <w:top w:sz="2.7999999999999545" w:val="single" w:color="4175B5"/>
              <w:right w:sz="3.2000000000000455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4636"/>
            <w:tcBorders>
              <w:left w:sz="3.2000000000000455" w:val="single" w:color="4175B5"/>
              <w:top w:sz="2.799999999999954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4634"/>
            <w:tcBorders>
              <w:left w:sz="3.199999999999818" w:val="single" w:color="4175B5"/>
              <w:top w:sz="2.799999999999954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  <w:tr>
        <w:trPr>
          <w:trHeight w:hRule="exact" w:val="1020"/>
        </w:trPr>
        <w:tc>
          <w:tcPr>
            <w:tcW w:type="dxa" w:w="1228"/>
            <w:tcBorders>
              <w:left w:sz="3.200000000000003" w:val="single" w:color="4175B5"/>
              <w:top w:sz="3.2000000000000455" w:val="single" w:color="4175B5"/>
              <w:right w:sz="2.8000000000000114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392" w:after="0"/>
              <w:ind w:left="0" w:right="0" w:firstLine="0"/>
              <w:jc w:val="center"/>
            </w:pPr>
            <w:r>
              <w:rPr>
                <w:spacing w:val="-10"/>
                <w:rFonts w:ascii="Roboto Regular" w:hAnsi="Roboto Regular" w:eastAsia="Roboto Regular"/>
                <w:color w:val="4175B5"/>
                <w:sz w:val="28"/>
              </w:rPr>
              <w:t>2.</w:t>
            </w:r>
          </w:p>
        </w:tc>
        <w:tc>
          <w:tcPr>
            <w:tcW w:type="dxa" w:w="8056"/>
            <w:tcBorders>
              <w:left w:sz="2.8000000000000114" w:val="single" w:color="4175B5"/>
              <w:top w:sz="3.2000000000000455" w:val="single" w:color="4175B5"/>
              <w:right w:sz="3.2000000000000455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4636"/>
            <w:tcBorders>
              <w:left w:sz="3.2000000000000455" w:val="single" w:color="4175B5"/>
              <w:top w:sz="3.2000000000000455" w:val="single" w:color="4175B5"/>
              <w:right w:sz="3.199999999999818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  <w:tc>
          <w:tcPr>
            <w:tcW w:type="dxa" w:w="4634"/>
            <w:tcBorders>
              <w:left w:sz="3.199999999999818" w:val="single" w:color="4175B5"/>
              <w:top w:sz="3.2000000000000455" w:val="single" w:color="4175B5"/>
              <w:right w:sz="2.800000000000182" w:val="single" w:color="4175B5"/>
              <w:bottom w:sz="3.2000000000000455" w:val="single" w:color="4175B5"/>
            </w:tcBorders>
            <w:shd w:fill="eef2fa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320" w:lineRule="exact" w:before="4962" w:after="0"/>
        <w:ind w:left="240" w:right="0" w:firstLine="0"/>
        <w:jc w:val="left"/>
      </w:pPr>
      <w:r>
        <w:rPr>
          <w:spacing w:val="-10"/>
          <w:rFonts w:ascii="Noto Serif" w:hAnsi="Noto Serif" w:eastAsia="Noto Serif"/>
          <w:color w:val="1F497D"/>
          <w:sz w:val="32"/>
        </w:rPr>
        <w:t>*- Оформляются в соответствиис ГОСТ 7.1-2003</w:t>
      </w: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888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139700</wp:posOffset>
            </wp:positionV>
            <wp:extent cx="927100" cy="692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6921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1838960</wp:posOffset>
            </wp:positionV>
            <wp:extent cx="11791950" cy="483869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791950" cy="483869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00" w:type="dxa"/>
      </w:tblPr>
      <w:tblGrid>
        <w:gridCol w:w="18570" w:type="dxa"/>
      </w:tblGrid>
      <w:tr>
        <w:trPr>
          <w:trHeight w:hRule="exact" w:val="7600"/>
        </w:trPr>
        <w:tc>
          <w:tcPr>
            <w:tcW w:type="dxa" w:w="18570"/>
            <w:tcBorders>
              <w:left w:sz="5.999999642372131" w:val="single" w:color="F5BD14"/>
              <w:top w:sz="6.0" w:val="single" w:color="F5BD14"/>
              <w:right w:sz="5.999999642372131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770" w:lineRule="exact" w:before="2842" w:after="0"/>
              <w:ind w:left="3336" w:right="0" w:firstLine="0"/>
              <w:jc w:val="left"/>
            </w:pPr>
            <w:r>
              <w:rPr>
                <w:spacing w:val="-10"/>
                <w:rFonts w:ascii="Roboto Regular" w:hAnsi="Roboto Regular" w:eastAsia="Roboto Regular"/>
                <w:color w:val="000000"/>
                <w:sz w:val="230"/>
              </w:rPr>
              <w:t>Фотоотчет: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676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139700</wp:posOffset>
            </wp:positionV>
            <wp:extent cx="927100" cy="692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6921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218440</wp:posOffset>
            </wp:positionH>
            <wp:positionV relativeFrom="page">
              <wp:posOffset>1704339</wp:posOffset>
            </wp:positionV>
            <wp:extent cx="11793219" cy="4838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793219" cy="4838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1056640</wp:posOffset>
            </wp:positionV>
            <wp:extent cx="12192000" cy="41020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41020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2677160</wp:posOffset>
            </wp:positionH>
            <wp:positionV relativeFrom="page">
              <wp:posOffset>1115060</wp:posOffset>
            </wp:positionV>
            <wp:extent cx="950468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04680" cy="2946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1115060</wp:posOffset>
            </wp:positionV>
            <wp:extent cx="2609850" cy="29464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4640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44" w:type="dxa"/>
      </w:tblPr>
      <w:tblGrid>
        <w:gridCol w:w="18570" w:type="dxa"/>
      </w:tblGrid>
      <w:tr>
        <w:trPr>
          <w:trHeight w:hRule="exact" w:val="7600"/>
        </w:trPr>
        <w:tc>
          <w:tcPr>
            <w:tcW w:type="dxa" w:w="18570"/>
            <w:tcBorders>
              <w:left w:sz="5.999999642372131" w:val="single" w:color="F5BD14"/>
              <w:top w:sz="6.0" w:val="single" w:color="F5BD14"/>
              <w:right w:sz="5.999999642372131" w:val="single" w:color="F5BD14"/>
              <w:bottom w:sz="6.0" w:val="single" w:color="F5BD14"/>
            </w:tcBorders>
            <w:shd w:fill="fff2cb"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9200" w:h="10800"/>
          <w:pgMar w:top="0" w:right="0" w:bottom="0" w:left="0" w:header="720" w:footer="720" w:gutter="0"/>
          <w:cols/>
          <w:docGrid w:linePitch="360"/>
        </w:sectPr>
      </w:pPr>
    </w:p>
    <w:p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0" cy="6858000"/>
                    </a:xfrm>
                    <a:prstGeom prst="rect"/>
                  </pic:spPr>
                </pic:pic>
              </a:graphicData>
            </a:graphic>
          </wp:anchor>
        </w:drawing>
      </w:r>
    </w:p>
    <w:sectPr w:rsidR="00FC693F" w:rsidRPr="0006063C" w:rsidSect="00034616">
      <w:pgSz w:w="19200" w:h="10800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